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ptos Display" w:hAnsi="Aptos Display"/>
          <w:b/>
          <w:color w:val="0F172A"/>
          <w:sz w:val="52"/>
        </w:rPr>
        <w:t>SEO Content Refresh Checklist</w:t>
      </w:r>
    </w:p>
    <w:p>
      <w:pPr>
        <w:jc w:val="center"/>
      </w:pPr>
      <w:r>
        <w:rPr>
          <w:color w:val="475569"/>
          <w:sz w:val="26"/>
        </w:rPr>
        <w:t>Before republishing any old blog post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EFF6FF"/>
            <w:tcBorders>
              <w:top w:sz="8" w:val="single" w:color="BFDBFE"/>
              <w:left w:sz="8" w:val="single" w:color="BFDBFE"/>
              <w:bottom w:sz="8" w:val="single" w:color="BFDBFE"/>
              <w:right w:sz="8" w:val="single" w:color="BFDBFE"/>
            </w:tcBorders>
          </w:tcPr>
          <w:p>
            <w:pPr>
              <w:jc w:val="center"/>
            </w:pPr>
            <w:r>
              <w:rPr>
                <w:b/>
                <w:color w:val="1E40AF"/>
              </w:rPr>
              <w:t xml:space="preserve">Primary keyword focus: </w:t>
            </w:r>
            <w:r>
              <w:rPr>
                <w:b/>
                <w:color w:val="0F172A"/>
              </w:rPr>
              <w:t>how to update old blog posts for SEO</w:t>
            </w:r>
          </w:p>
          <w:p>
            <w:pPr>
              <w:jc w:val="center"/>
            </w:pPr>
            <w:r>
              <w:rPr>
                <w:color w:val="334155"/>
              </w:rPr>
              <w:t>Use this checklist to update content based on search intent, SERP gaps, on-page SEO, links, visuals, FAQs, CTAs, and reindexing readiness.</w:t>
            </w:r>
          </w:p>
        </w:tc>
      </w:tr>
    </w:tbl>
    <w:p/>
    <w:p>
      <w:pPr>
        <w:pStyle w:val="Heading1"/>
      </w:pPr>
      <w:r>
        <w:t>Refresh Details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c>
          <w:tcPr>
            <w:tcW w:type="dxa" w:w="2232"/>
            <w:shd w:fill="F8FAFC"/>
          </w:tcPr>
          <w:p>
            <w:r>
              <w:rPr>
                <w:b/>
                <w:color w:val="334155"/>
              </w:rPr>
              <w:t>Page URL</w:t>
            </w:r>
          </w:p>
        </w:tc>
        <w:tc>
          <w:tcPr>
            <w:tcW w:type="dxa" w:w="3600"/>
          </w:tcPr>
          <w:p>
            <w:r>
              <w:t>____________________________________________</w:t>
            </w:r>
          </w:p>
        </w:tc>
        <w:tc>
          <w:tcPr>
            <w:tcW w:type="dxa" w:w="2232"/>
            <w:shd w:fill="F8FAFC"/>
          </w:tcPr>
          <w:p>
            <w:r>
              <w:rPr>
                <w:b/>
                <w:color w:val="334155"/>
              </w:rPr>
              <w:t>Owner</w:t>
            </w:r>
          </w:p>
        </w:tc>
        <w:tc>
          <w:tcPr>
            <w:tcW w:type="dxa" w:w="3600"/>
          </w:tcPr>
          <w:p>
            <w:r>
              <w:t>____________________</w:t>
            </w:r>
          </w:p>
        </w:tc>
      </w:tr>
      <w:tr>
        <w:tc>
          <w:tcPr>
            <w:tcW w:type="dxa" w:w="2232"/>
            <w:shd w:fill="F8FAFC"/>
          </w:tcPr>
          <w:p>
            <w:r>
              <w:rPr>
                <w:b/>
                <w:color w:val="334155"/>
              </w:rPr>
              <w:t>Current primary keyword</w:t>
            </w:r>
          </w:p>
        </w:tc>
        <w:tc>
          <w:tcPr>
            <w:tcW w:type="dxa" w:w="3600"/>
          </w:tcPr>
          <w:p>
            <w:r>
              <w:t>____________________________________________</w:t>
            </w:r>
          </w:p>
        </w:tc>
        <w:tc>
          <w:tcPr>
            <w:tcW w:type="dxa" w:w="2232"/>
            <w:shd w:fill="F8FAFC"/>
          </w:tcPr>
          <w:p>
            <w:r>
              <w:rPr>
                <w:b/>
                <w:color w:val="334155"/>
              </w:rPr>
              <w:t>Target publish/update date</w:t>
            </w:r>
          </w:p>
        </w:tc>
        <w:tc>
          <w:tcPr>
            <w:tcW w:type="dxa" w:w="3600"/>
          </w:tcPr>
          <w:p>
            <w:r>
              <w:t>____________________</w:t>
            </w:r>
          </w:p>
        </w:tc>
      </w:tr>
      <w:tr>
        <w:tc>
          <w:tcPr>
            <w:tcW w:type="dxa" w:w="2232"/>
            <w:shd w:fill="F8FAFC"/>
          </w:tcPr>
          <w:p>
            <w:r>
              <w:rPr>
                <w:b/>
                <w:color w:val="334155"/>
              </w:rPr>
              <w:t>Current clicks / impressions</w:t>
            </w:r>
          </w:p>
        </w:tc>
        <w:tc>
          <w:tcPr>
            <w:tcW w:type="dxa" w:w="3600"/>
          </w:tcPr>
          <w:p>
            <w:r>
              <w:t>____________________</w:t>
            </w:r>
          </w:p>
        </w:tc>
        <w:tc>
          <w:tcPr>
            <w:tcW w:type="dxa" w:w="2232"/>
            <w:shd w:fill="F8FAFC"/>
          </w:tcPr>
          <w:p>
            <w:r>
              <w:rPr>
                <w:b/>
                <w:color w:val="334155"/>
              </w:rPr>
              <w:t>Target CTA</w:t>
            </w:r>
          </w:p>
        </w:tc>
        <w:tc>
          <w:tcPr>
            <w:tcW w:type="dxa" w:w="3600"/>
          </w:tcPr>
          <w:p>
            <w:r>
              <w:t>____________________________________________</w:t>
            </w:r>
          </w:p>
        </w:tc>
      </w:tr>
    </w:tbl>
    <w:p/>
    <w:p>
      <w:pPr>
        <w:pStyle w:val="Heading1"/>
      </w:pPr>
      <w:r>
        <w:t>15-Step SEO Content Refresh Checklist</w:t>
      </w:r>
    </w:p>
    <w:p>
      <w:r>
        <w:rPr>
          <w:color w:val="475569"/>
        </w:rPr>
        <w:t>Check each item before republishing. Use the notes line to capture action items for your writer, editor, or SEO team.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rPr>
          <w:tblHeader w:val="true"/>
        </w:trPr>
        <w:tc>
          <w:tcPr>
            <w:tcW w:type="dxa" w:w="792"/>
            <w:shd w:fill="1E40AF"/>
          </w:tcPr>
          <w:p>
            <w:r>
              <w:rPr>
                <w:b/>
                <w:color w:val="FFFFFF"/>
              </w:rPr>
              <w:t>Done</w:t>
            </w:r>
          </w:p>
        </w:tc>
        <w:tc>
          <w:tcPr>
            <w:tcW w:type="dxa" w:w="3024"/>
            <w:shd w:fill="1E40AF"/>
          </w:tcPr>
          <w:p>
            <w:r>
              <w:rPr>
                <w:b/>
                <w:color w:val="FFFFFF"/>
              </w:rPr>
              <w:t>Step</w:t>
            </w:r>
          </w:p>
        </w:tc>
        <w:tc>
          <w:tcPr>
            <w:tcW w:type="dxa" w:w="4680"/>
            <w:shd w:fill="1E40AF"/>
          </w:tcPr>
          <w:p>
            <w:r>
              <w:rPr>
                <w:b/>
                <w:color w:val="FFFFFF"/>
              </w:rPr>
              <w:t>What to check</w:t>
            </w:r>
          </w:p>
        </w:tc>
        <w:tc>
          <w:tcPr>
            <w:tcW w:type="dxa" w:w="2736"/>
            <w:shd w:fill="1E40AF"/>
          </w:tcPr>
          <w:p>
            <w:r>
              <w:rPr>
                <w:b/>
                <w:color w:val="FFFFFF"/>
              </w:rPr>
              <w:t>Notes</w:t>
            </w:r>
          </w:p>
        </w:tc>
      </w:tr>
      <w:tr>
        <w:tc>
          <w:tcPr>
            <w:tcW w:type="dxa" w:w="2664"/>
            <w:vAlign w:val="top"/>
          </w:tcPr>
          <w:p>
            <w:pPr>
              <w:jc w:val="center"/>
            </w:pPr>
            <w:r>
              <w:rPr>
                <w:sz w:val="16"/>
              </w:rPr>
              <w:t>[ ]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0F172A"/>
                <w:sz w:val="16"/>
              </w:rPr>
              <w:t>1. Recheck the Primary Keyword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1E40AF"/>
                <w:sz w:val="16"/>
              </w:rPr>
              <w:t>Confirm the main keyword still makes sense before editing.</w:t>
            </w:r>
          </w:p>
          <w:p>
            <w:pPr>
              <w:ind w:left="144"/>
            </w:pPr>
            <w:r>
              <w:rPr>
                <w:sz w:val="16"/>
              </w:rPr>
              <w:t>- Does this keyword still have search demand?</w:t>
            </w:r>
          </w:p>
          <w:p>
            <w:pPr>
              <w:ind w:left="144"/>
            </w:pPr>
            <w:r>
              <w:rPr>
                <w:sz w:val="16"/>
              </w:rPr>
              <w:t>- Is the keyword too difficult for your website authority?</w:t>
            </w:r>
          </w:p>
          <w:p>
            <w:pPr>
              <w:ind w:left="144"/>
            </w:pPr>
            <w:r>
              <w:rPr>
                <w:sz w:val="16"/>
              </w:rPr>
              <w:t>- Are there lower-difficulty long-tail variations?</w:t>
            </w:r>
          </w:p>
          <w:p>
            <w:pPr>
              <w:ind w:left="144"/>
            </w:pPr>
            <w:r>
              <w:rPr>
                <w:sz w:val="16"/>
              </w:rPr>
              <w:t>- Does the article already rank for related queries?</w:t>
            </w:r>
          </w:p>
          <w:p>
            <w:pPr>
              <w:ind w:left="144"/>
            </w:pPr>
            <w:r>
              <w:rPr>
                <w:sz w:val="16"/>
              </w:rPr>
              <w:t>- Has the search intent changed?</w:t>
            </w:r>
          </w:p>
        </w:tc>
        <w:tc>
          <w:tcPr>
            <w:tcW w:type="dxa" w:w="2664"/>
            <w:vAlign w:val="top"/>
          </w:tcPr>
          <w:p>
            <w:r>
              <w:rPr>
                <w:sz w:val="16"/>
              </w:rPr>
              <w:t>Keyword notes: how to update old blog posts for SEO; refresh old content for SEO; old blog post SEO checklist; content decay; republish old blog posts.</w:t>
            </w:r>
          </w:p>
        </w:tc>
      </w:tr>
      <w:tr>
        <w:tc>
          <w:tcPr>
            <w:tcW w:type="dxa" w:w="2664"/>
            <w:vAlign w:val="top"/>
          </w:tcPr>
          <w:p>
            <w:pPr>
              <w:jc w:val="center"/>
            </w:pPr>
            <w:r>
              <w:rPr>
                <w:sz w:val="16"/>
              </w:rPr>
              <w:t>[ ]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0F172A"/>
                <w:sz w:val="16"/>
              </w:rPr>
              <w:t>2. Analyze the Current SERP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1E40AF"/>
                <w:sz w:val="16"/>
              </w:rPr>
              <w:t>Manually review the top-ranking pages before refreshing the post.</w:t>
            </w:r>
          </w:p>
          <w:p>
            <w:pPr>
              <w:ind w:left="144"/>
            </w:pPr>
            <w:r>
              <w:rPr>
                <w:sz w:val="16"/>
              </w:rPr>
              <w:t>- Dominant content format</w:t>
            </w:r>
          </w:p>
          <w:p>
            <w:pPr>
              <w:ind w:left="144"/>
            </w:pPr>
            <w:r>
              <w:rPr>
                <w:sz w:val="16"/>
              </w:rPr>
              <w:t>- Common H2s and FAQ questions</w:t>
            </w:r>
          </w:p>
          <w:p>
            <w:pPr>
              <w:ind w:left="144"/>
            </w:pPr>
            <w:r>
              <w:rPr>
                <w:sz w:val="16"/>
              </w:rPr>
              <w:t>- Use of tables or checklists</w:t>
            </w:r>
          </w:p>
          <w:p>
            <w:pPr>
              <w:ind w:left="144"/>
            </w:pPr>
            <w:r>
              <w:rPr>
                <w:sz w:val="16"/>
              </w:rPr>
              <w:t>- Word count range and content depth</w:t>
            </w:r>
          </w:p>
          <w:p>
            <w:pPr>
              <w:ind w:left="144"/>
            </w:pPr>
            <w:r>
              <w:rPr>
                <w:sz w:val="16"/>
              </w:rPr>
              <w:t>- Freshness of examples</w:t>
            </w:r>
          </w:p>
          <w:p>
            <w:pPr>
              <w:ind w:left="144"/>
            </w:pPr>
            <w:r>
              <w:rPr>
                <w:sz w:val="16"/>
              </w:rPr>
              <w:t>- Search intent and missing angles</w:t>
            </w:r>
          </w:p>
          <w:p>
            <w:pPr>
              <w:ind w:left="144"/>
            </w:pPr>
            <w:r>
              <w:rPr>
                <w:sz w:val="16"/>
              </w:rPr>
              <w:t>- Visuals and multimedia</w:t>
            </w:r>
          </w:p>
        </w:tc>
        <w:tc>
          <w:tcPr>
            <w:tcW w:type="dxa" w:w="2664"/>
            <w:vAlign w:val="top"/>
          </w:tcPr>
          <w:p>
            <w:r>
              <w:rPr>
                <w:sz w:val="16"/>
              </w:rPr>
              <w:t>Do not copy competitors. Use them to identify what users expect, then make your page clearer and more helpful.</w:t>
            </w:r>
          </w:p>
        </w:tc>
      </w:tr>
      <w:tr>
        <w:tc>
          <w:tcPr>
            <w:tcW w:type="dxa" w:w="2664"/>
            <w:vAlign w:val="top"/>
          </w:tcPr>
          <w:p>
            <w:pPr>
              <w:jc w:val="center"/>
            </w:pPr>
            <w:r>
              <w:rPr>
                <w:sz w:val="16"/>
              </w:rPr>
              <w:t>[ ]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0F172A"/>
                <w:sz w:val="16"/>
              </w:rPr>
              <w:t>3. Update the Title Tag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1E40AF"/>
                <w:sz w:val="16"/>
              </w:rPr>
              <w:t>Include the primary keyword naturally and give users a reason to click.</w:t>
            </w:r>
          </w:p>
          <w:p>
            <w:pPr>
              <w:ind w:left="144"/>
            </w:pPr>
            <w:r>
              <w:rPr>
                <w:sz w:val="16"/>
              </w:rPr>
              <w:t>- Weak title: Updating Blog Posts</w:t>
            </w:r>
          </w:p>
          <w:p>
            <w:pPr>
              <w:ind w:left="144"/>
            </w:pPr>
            <w:r>
              <w:rPr>
                <w:sz w:val="16"/>
              </w:rPr>
              <w:t>- Better title: How to Update Old Blog Posts for SEO: 15-Step Checklist</w:t>
            </w:r>
          </w:p>
          <w:p>
            <w:pPr>
              <w:ind w:left="144"/>
            </w:pPr>
            <w:r>
              <w:rPr>
                <w:sz w:val="16"/>
              </w:rPr>
              <w:t>- Check that the title matches checklist/how-to intent.</w:t>
            </w:r>
          </w:p>
        </w:tc>
        <w:tc>
          <w:tcPr>
            <w:tcW w:type="dxa" w:w="2664"/>
            <w:vAlign w:val="top"/>
          </w:tcPr>
          <w:p>
            <w:r>
              <w:rPr>
                <w:sz w:val="16"/>
              </w:rPr>
              <w:t>Working title: ____________________________________________</w:t>
            </w:r>
          </w:p>
        </w:tc>
      </w:tr>
      <w:tr>
        <w:tc>
          <w:tcPr>
            <w:tcW w:type="dxa" w:w="2664"/>
            <w:vAlign w:val="top"/>
          </w:tcPr>
          <w:p>
            <w:pPr>
              <w:jc w:val="center"/>
            </w:pPr>
            <w:r>
              <w:rPr>
                <w:sz w:val="16"/>
              </w:rPr>
              <w:t>[ ]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0F172A"/>
                <w:sz w:val="16"/>
              </w:rPr>
              <w:t>4. Improve the Meta Description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1E40AF"/>
                <w:sz w:val="16"/>
              </w:rPr>
              <w:t>Write a clear, benefit-driven description that matches the searcher problem.</w:t>
            </w:r>
          </w:p>
          <w:p>
            <w:pPr>
              <w:ind w:left="144"/>
            </w:pPr>
            <w:r>
              <w:rPr>
                <w:sz w:val="16"/>
              </w:rPr>
              <w:t>- Include the primary keyword naturally.</w:t>
            </w:r>
          </w:p>
          <w:p>
            <w:pPr>
              <w:ind w:left="144"/>
            </w:pPr>
            <w:r>
              <w:rPr>
                <w:sz w:val="16"/>
              </w:rPr>
              <w:t>- Mention the outcome: find opportunities, fix outdated pages, protect rankings, measure results.</w:t>
            </w:r>
          </w:p>
          <w:p>
            <w:pPr>
              <w:ind w:left="144"/>
            </w:pPr>
            <w:r>
              <w:rPr>
                <w:sz w:val="16"/>
              </w:rPr>
              <w:t>- Keep it natural and useful, not stuffed.</w:t>
            </w:r>
          </w:p>
        </w:tc>
        <w:tc>
          <w:tcPr>
            <w:tcW w:type="dxa" w:w="2664"/>
            <w:vAlign w:val="top"/>
          </w:tcPr>
          <w:p>
            <w:r>
              <w:rPr>
                <w:sz w:val="16"/>
              </w:rPr>
              <w:t>Meta draft: _______________________________________________</w:t>
            </w:r>
          </w:p>
        </w:tc>
      </w:tr>
      <w:tr>
        <w:tc>
          <w:tcPr>
            <w:tcW w:type="dxa" w:w="2664"/>
            <w:vAlign w:val="top"/>
          </w:tcPr>
          <w:p>
            <w:pPr>
              <w:jc w:val="center"/>
            </w:pPr>
            <w:r>
              <w:rPr>
                <w:sz w:val="16"/>
              </w:rPr>
              <w:t>[ ]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0F172A"/>
                <w:sz w:val="16"/>
              </w:rPr>
              <w:t>5. Rewrite the Introduction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1E40AF"/>
                <w:sz w:val="16"/>
              </w:rPr>
              <w:t>Replace slow generic openings with a direct problem-and-solution intro.</w:t>
            </w:r>
          </w:p>
          <w:p>
            <w:pPr>
              <w:ind w:left="144"/>
            </w:pPr>
            <w:r>
              <w:rPr>
                <w:sz w:val="16"/>
              </w:rPr>
              <w:t>- Avoid: SEO is very important in today’s digital world.</w:t>
            </w:r>
          </w:p>
          <w:p>
            <w:pPr>
              <w:ind w:left="144"/>
            </w:pPr>
            <w:r>
              <w:rPr>
                <w:sz w:val="16"/>
              </w:rPr>
              <w:t>- Use: If your old blog posts are losing traffic, you may not need more content. You may need to refresh pages that already have rankings, impressions, or backlinks.</w:t>
            </w:r>
          </w:p>
          <w:p>
            <w:pPr>
              <w:ind w:left="144"/>
            </w:pPr>
            <w:r>
              <w:rPr>
                <w:sz w:val="16"/>
              </w:rPr>
              <w:t>- Mention the reader pain point within the first 2-3 lines.</w:t>
            </w:r>
          </w:p>
        </w:tc>
        <w:tc>
          <w:tcPr>
            <w:tcW w:type="dxa" w:w="2664"/>
            <w:vAlign w:val="top"/>
          </w:tcPr>
          <w:p>
            <w:r>
              <w:rPr>
                <w:sz w:val="16"/>
              </w:rPr>
              <w:t>Intro hook: _______________________________________________</w:t>
            </w:r>
          </w:p>
        </w:tc>
      </w:tr>
      <w:tr>
        <w:tc>
          <w:tcPr>
            <w:tcW w:type="dxa" w:w="2664"/>
            <w:vAlign w:val="top"/>
          </w:tcPr>
          <w:p>
            <w:pPr>
              <w:jc w:val="center"/>
            </w:pPr>
            <w:r>
              <w:rPr>
                <w:sz w:val="16"/>
              </w:rPr>
              <w:t>[ ]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0F172A"/>
                <w:sz w:val="16"/>
              </w:rPr>
              <w:t>6. Update Outdated Information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1E40AF"/>
                <w:sz w:val="16"/>
              </w:rPr>
              <w:t>Replace anything that makes the post look old, unreliable, or inaccurate.</w:t>
            </w:r>
          </w:p>
          <w:p>
            <w:pPr>
              <w:ind w:left="144"/>
            </w:pPr>
            <w:r>
              <w:rPr>
                <w:sz w:val="16"/>
              </w:rPr>
              <w:t>- Statistics, screenshots, tool names, pricing</w:t>
            </w:r>
          </w:p>
          <w:p>
            <w:pPr>
              <w:ind w:left="144"/>
            </w:pPr>
            <w:r>
              <w:rPr>
                <w:sz w:val="16"/>
              </w:rPr>
              <w:t>- Product features and broken examples</w:t>
            </w:r>
          </w:p>
          <w:p>
            <w:pPr>
              <w:ind w:left="144"/>
            </w:pPr>
            <w:r>
              <w:rPr>
                <w:sz w:val="16"/>
              </w:rPr>
              <w:t>- Outdated recommendations</w:t>
            </w:r>
          </w:p>
          <w:p>
            <w:pPr>
              <w:ind w:left="144"/>
            </w:pPr>
            <w:r>
              <w:rPr>
                <w:sz w:val="16"/>
              </w:rPr>
              <w:t>- Old year references</w:t>
            </w:r>
          </w:p>
          <w:p>
            <w:pPr>
              <w:ind w:left="144"/>
            </w:pPr>
            <w:r>
              <w:rPr>
                <w:sz w:val="16"/>
              </w:rPr>
              <w:t>- Old screenshots from software dashboards</w:t>
            </w:r>
          </w:p>
        </w:tc>
        <w:tc>
          <w:tcPr>
            <w:tcW w:type="dxa" w:w="2664"/>
            <w:vAlign w:val="top"/>
          </w:tcPr>
          <w:p>
            <w:r>
              <w:rPr>
                <w:sz w:val="16"/>
              </w:rPr>
              <w:t>Outdated items found: ______________________________________</w:t>
            </w:r>
          </w:p>
        </w:tc>
      </w:tr>
      <w:tr>
        <w:tc>
          <w:tcPr>
            <w:tcW w:type="dxa" w:w="2664"/>
            <w:vAlign w:val="top"/>
          </w:tcPr>
          <w:p>
            <w:pPr>
              <w:jc w:val="center"/>
            </w:pPr>
            <w:r>
              <w:rPr>
                <w:sz w:val="16"/>
              </w:rPr>
              <w:t>[ ]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0F172A"/>
                <w:sz w:val="16"/>
              </w:rPr>
              <w:t>7. Add Missing Sections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1E40AF"/>
                <w:sz w:val="16"/>
              </w:rPr>
              <w:t>Compare your article with the current SERP and fill important content gaps.</w:t>
            </w:r>
          </w:p>
          <w:p>
            <w:pPr>
              <w:ind w:left="144"/>
            </w:pPr>
            <w:r>
              <w:rPr>
                <w:sz w:val="16"/>
              </w:rPr>
              <w:t>- Content decay</w:t>
            </w:r>
          </w:p>
          <w:p>
            <w:pPr>
              <w:ind w:left="144"/>
            </w:pPr>
            <w:r>
              <w:rPr>
                <w:sz w:val="16"/>
              </w:rPr>
              <w:t>- How to use Google Search Console</w:t>
            </w:r>
          </w:p>
          <w:p>
            <w:pPr>
              <w:ind w:left="144"/>
            </w:pPr>
            <w:r>
              <w:rPr>
                <w:sz w:val="16"/>
              </w:rPr>
              <w:t>- Which blog posts to update first</w:t>
            </w:r>
          </w:p>
          <w:p>
            <w:pPr>
              <w:ind w:left="144"/>
            </w:pPr>
            <w:r>
              <w:rPr>
                <w:sz w:val="16"/>
              </w:rPr>
              <w:t>- How to avoid losing rankings</w:t>
            </w:r>
          </w:p>
          <w:p>
            <w:pPr>
              <w:ind w:left="144"/>
            </w:pPr>
            <w:r>
              <w:rPr>
                <w:sz w:val="16"/>
              </w:rPr>
              <w:t>- Refresh vs rewrite vs merge vs redirect</w:t>
            </w:r>
          </w:p>
          <w:p>
            <w:pPr>
              <w:ind w:left="144"/>
            </w:pPr>
            <w:r>
              <w:rPr>
                <w:sz w:val="16"/>
              </w:rPr>
              <w:t>- How often to update content</w:t>
            </w:r>
          </w:p>
          <w:p>
            <w:pPr>
              <w:ind w:left="144"/>
            </w:pPr>
            <w:r>
              <w:rPr>
                <w:sz w:val="16"/>
              </w:rPr>
              <w:t>- How to track results after updating</w:t>
            </w:r>
          </w:p>
          <w:p>
            <w:pPr>
              <w:ind w:left="144"/>
            </w:pPr>
            <w:r>
              <w:rPr>
                <w:sz w:val="16"/>
              </w:rPr>
              <w:t>- AI search visibility</w:t>
            </w:r>
          </w:p>
        </w:tc>
        <w:tc>
          <w:tcPr>
            <w:tcW w:type="dxa" w:w="2664"/>
            <w:vAlign w:val="top"/>
          </w:tcPr>
          <w:p>
            <w:r>
              <w:rPr>
                <w:sz w:val="16"/>
              </w:rPr>
              <w:t>Missing sections to add: ____________________________________</w:t>
            </w:r>
          </w:p>
        </w:tc>
      </w:tr>
      <w:tr>
        <w:tc>
          <w:tcPr>
            <w:tcW w:type="dxa" w:w="2664"/>
            <w:vAlign w:val="top"/>
          </w:tcPr>
          <w:p>
            <w:pPr>
              <w:jc w:val="center"/>
            </w:pPr>
            <w:r>
              <w:rPr>
                <w:sz w:val="16"/>
              </w:rPr>
              <w:t>[ ]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0F172A"/>
                <w:sz w:val="16"/>
              </w:rPr>
              <w:t>8. Improve Headings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1E40AF"/>
                <w:sz w:val="16"/>
              </w:rPr>
              <w:t>Make headings easy to scan and aligned with natural keyword variations.</w:t>
            </w:r>
          </w:p>
          <w:p>
            <w:pPr>
              <w:ind w:left="144"/>
            </w:pPr>
            <w:r>
              <w:rPr>
                <w:sz w:val="16"/>
              </w:rPr>
              <w:t>- How to Update Old Blog Posts for SEO</w:t>
            </w:r>
          </w:p>
          <w:p>
            <w:pPr>
              <w:ind w:left="144"/>
            </w:pPr>
            <w:r>
              <w:rPr>
                <w:sz w:val="16"/>
              </w:rPr>
              <w:t>- Old Blog Post SEO Checklist</w:t>
            </w:r>
          </w:p>
          <w:p>
            <w:pPr>
              <w:ind w:left="144"/>
            </w:pPr>
            <w:r>
              <w:rPr>
                <w:sz w:val="16"/>
              </w:rPr>
              <w:t>- How to Refresh Old Content for SEO</w:t>
            </w:r>
          </w:p>
          <w:p>
            <w:pPr>
              <w:ind w:left="144"/>
            </w:pPr>
            <w:r>
              <w:rPr>
                <w:sz w:val="16"/>
              </w:rPr>
              <w:t>- How to Update Old Content Without Losing Rankings</w:t>
            </w:r>
          </w:p>
          <w:p>
            <w:pPr>
              <w:ind w:left="144"/>
            </w:pPr>
            <w:r>
              <w:rPr>
                <w:sz w:val="16"/>
              </w:rPr>
              <w:t>- How Often Should You Update Blog Posts?</w:t>
            </w:r>
          </w:p>
        </w:tc>
        <w:tc>
          <w:tcPr>
            <w:tcW w:type="dxa" w:w="2664"/>
            <w:vAlign w:val="top"/>
          </w:tcPr>
          <w:p>
            <w:r>
              <w:rPr>
                <w:sz w:val="16"/>
              </w:rPr>
              <w:t>Avoid repeating the same exact keyword in every heading.</w:t>
            </w:r>
          </w:p>
        </w:tc>
      </w:tr>
      <w:tr>
        <w:tc>
          <w:tcPr>
            <w:tcW w:type="dxa" w:w="2664"/>
            <w:vAlign w:val="top"/>
          </w:tcPr>
          <w:p>
            <w:pPr>
              <w:jc w:val="center"/>
            </w:pPr>
            <w:r>
              <w:rPr>
                <w:sz w:val="16"/>
              </w:rPr>
              <w:t>[ ]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0F172A"/>
                <w:sz w:val="16"/>
              </w:rPr>
              <w:t>9. Add Internal Links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1E40AF"/>
                <w:sz w:val="16"/>
              </w:rPr>
              <w:t>Help users and search engines discover related pages.</w:t>
            </w:r>
          </w:p>
          <w:p>
            <w:pPr>
              <w:ind w:left="144"/>
            </w:pPr>
            <w:r>
              <w:rPr>
                <w:sz w:val="16"/>
              </w:rPr>
              <w:t>- Add links from the old post to newer relevant pages.</w:t>
            </w:r>
          </w:p>
          <w:p>
            <w:pPr>
              <w:ind w:left="144"/>
            </w:pPr>
            <w:r>
              <w:rPr>
                <w:sz w:val="16"/>
              </w:rPr>
              <w:t>- Add links from newer pages back to the refreshed post.</w:t>
            </w:r>
          </w:p>
          <w:p>
            <w:pPr>
              <w:ind w:left="144"/>
            </w:pPr>
            <w:r>
              <w:rPr>
                <w:sz w:val="16"/>
              </w:rPr>
              <w:t>- Use descriptive anchor text: content audit checklist, internal linking strategy, SEO content refresh checklist, blog SEO guide, Google Search Console tutorial.</w:t>
            </w:r>
          </w:p>
        </w:tc>
        <w:tc>
          <w:tcPr>
            <w:tcW w:type="dxa" w:w="2664"/>
            <w:vAlign w:val="top"/>
          </w:tcPr>
          <w:p>
            <w:r>
              <w:rPr>
                <w:sz w:val="16"/>
              </w:rPr>
              <w:t>Internal links to add: ______________________________________</w:t>
            </w:r>
          </w:p>
        </w:tc>
      </w:tr>
      <w:tr>
        <w:tc>
          <w:tcPr>
            <w:tcW w:type="dxa" w:w="2664"/>
            <w:vAlign w:val="top"/>
          </w:tcPr>
          <w:p>
            <w:pPr>
              <w:jc w:val="center"/>
            </w:pPr>
            <w:r>
              <w:rPr>
                <w:sz w:val="16"/>
              </w:rPr>
              <w:t>[ ]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0F172A"/>
                <w:sz w:val="16"/>
              </w:rPr>
              <w:t>10. Fix External Links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1E40AF"/>
                <w:sz w:val="16"/>
              </w:rPr>
              <w:t>Broken or outdated external links hurt user experience and trust.</w:t>
            </w:r>
          </w:p>
          <w:p>
            <w:pPr>
              <w:ind w:left="144"/>
            </w:pPr>
            <w:r>
              <w:rPr>
                <w:sz w:val="16"/>
              </w:rPr>
              <w:t>- Does the source still exist?</w:t>
            </w:r>
          </w:p>
          <w:p>
            <w:pPr>
              <w:ind w:left="144"/>
            </w:pPr>
            <w:r>
              <w:rPr>
                <w:sz w:val="16"/>
              </w:rPr>
              <w:t>- Is the information still accurate?</w:t>
            </w:r>
          </w:p>
          <w:p>
            <w:pPr>
              <w:ind w:left="144"/>
            </w:pPr>
            <w:r>
              <w:rPr>
                <w:sz w:val="16"/>
              </w:rPr>
              <w:t>- Is there a better source?</w:t>
            </w:r>
          </w:p>
          <w:p>
            <w:pPr>
              <w:ind w:left="144"/>
            </w:pPr>
            <w:r>
              <w:rPr>
                <w:sz w:val="16"/>
              </w:rPr>
              <w:t>- Is the link relevant to the section?</w:t>
            </w:r>
          </w:p>
          <w:p>
            <w:pPr>
              <w:ind w:left="144"/>
            </w:pPr>
            <w:r>
              <w:rPr>
                <w:sz w:val="16"/>
              </w:rPr>
              <w:t>- Does the source support the claim?</w:t>
            </w:r>
          </w:p>
        </w:tc>
        <w:tc>
          <w:tcPr>
            <w:tcW w:type="dxa" w:w="2664"/>
            <w:vAlign w:val="top"/>
          </w:tcPr>
          <w:p>
            <w:r>
              <w:rPr>
                <w:sz w:val="16"/>
              </w:rPr>
              <w:t>Sources to replace/update: __________________________________</w:t>
            </w:r>
          </w:p>
        </w:tc>
      </w:tr>
      <w:tr>
        <w:tc>
          <w:tcPr>
            <w:tcW w:type="dxa" w:w="2664"/>
            <w:vAlign w:val="top"/>
          </w:tcPr>
          <w:p>
            <w:pPr>
              <w:jc w:val="center"/>
            </w:pPr>
            <w:r>
              <w:rPr>
                <w:sz w:val="16"/>
              </w:rPr>
              <w:t>[ ]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0F172A"/>
                <w:sz w:val="16"/>
              </w:rPr>
              <w:t>11. Add Better Visuals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1E40AF"/>
                <w:sz w:val="16"/>
              </w:rPr>
              <w:t>Replace weak stock images with useful visuals that explain the content.</w:t>
            </w:r>
          </w:p>
          <w:p>
            <w:pPr>
              <w:ind w:left="144"/>
            </w:pPr>
            <w:r>
              <w:rPr>
                <w:sz w:val="16"/>
              </w:rPr>
              <w:t>- Content decay chart</w:t>
            </w:r>
          </w:p>
          <w:p>
            <w:pPr>
              <w:ind w:left="144"/>
            </w:pPr>
            <w:r>
              <w:rPr>
                <w:sz w:val="16"/>
              </w:rPr>
              <w:t>- Google Search Console workflow screenshot</w:t>
            </w:r>
          </w:p>
          <w:p>
            <w:pPr>
              <w:ind w:left="144"/>
            </w:pPr>
            <w:r>
              <w:rPr>
                <w:sz w:val="16"/>
              </w:rPr>
              <w:t>- Before-and-after blog post example</w:t>
            </w:r>
          </w:p>
          <w:p>
            <w:pPr>
              <w:ind w:left="144"/>
            </w:pPr>
            <w:r>
              <w:rPr>
                <w:sz w:val="16"/>
              </w:rPr>
              <w:t>- Refresh vs rewrite vs merge decision tree</w:t>
            </w:r>
          </w:p>
          <w:p>
            <w:pPr>
              <w:ind w:left="144"/>
            </w:pPr>
            <w:r>
              <w:rPr>
                <w:sz w:val="16"/>
              </w:rPr>
              <w:t>- 15-step SEO content refresh checklist</w:t>
            </w:r>
          </w:p>
          <w:p>
            <w:pPr>
              <w:ind w:left="144"/>
            </w:pPr>
            <w:r>
              <w:rPr>
                <w:sz w:val="16"/>
              </w:rPr>
              <w:t>- 90-day tracking timeline</w:t>
            </w:r>
          </w:p>
        </w:tc>
        <w:tc>
          <w:tcPr>
            <w:tcW w:type="dxa" w:w="2664"/>
            <w:vAlign w:val="top"/>
          </w:tcPr>
          <w:p>
            <w:r>
              <w:rPr>
                <w:sz w:val="16"/>
              </w:rPr>
              <w:t>Visuals to create: __________________________________________</w:t>
            </w:r>
          </w:p>
        </w:tc>
      </w:tr>
      <w:tr>
        <w:tc>
          <w:tcPr>
            <w:tcW w:type="dxa" w:w="2664"/>
            <w:vAlign w:val="top"/>
          </w:tcPr>
          <w:p>
            <w:pPr>
              <w:jc w:val="center"/>
            </w:pPr>
            <w:r>
              <w:rPr>
                <w:sz w:val="16"/>
              </w:rPr>
              <w:t>[ ]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0F172A"/>
                <w:sz w:val="16"/>
              </w:rPr>
              <w:t>12. Optimize Image SEO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1E40AF"/>
                <w:sz w:val="16"/>
              </w:rPr>
              <w:t>Use descriptive file names and alt text for every image.</w:t>
            </w:r>
          </w:p>
          <w:p>
            <w:pPr>
              <w:ind w:left="144"/>
            </w:pPr>
            <w:r>
              <w:rPr>
                <w:sz w:val="16"/>
              </w:rPr>
              <w:t>- Example file name: how-to-update-old-blog-posts-for-seo-checklist.png</w:t>
            </w:r>
          </w:p>
          <w:p>
            <w:pPr>
              <w:ind w:left="144"/>
            </w:pPr>
            <w:r>
              <w:rPr>
                <w:sz w:val="16"/>
              </w:rPr>
              <w:t>- Example alt text: Checklist showing how to update old blog posts for SEO.</w:t>
            </w:r>
          </w:p>
          <w:p>
            <w:pPr>
              <w:ind w:left="144"/>
            </w:pPr>
            <w:r>
              <w:rPr>
                <w:sz w:val="16"/>
              </w:rPr>
              <w:t>- Use keywords naturally. Do not stuff the same keyword into every image.</w:t>
            </w:r>
          </w:p>
        </w:tc>
        <w:tc>
          <w:tcPr>
            <w:tcW w:type="dxa" w:w="2664"/>
            <w:vAlign w:val="top"/>
          </w:tcPr>
          <w:p>
            <w:r>
              <w:rPr>
                <w:sz w:val="16"/>
              </w:rPr>
              <w:t>Image SEO notes: ___________________________________________</w:t>
            </w:r>
          </w:p>
        </w:tc>
      </w:tr>
      <w:tr>
        <w:tc>
          <w:tcPr>
            <w:tcW w:type="dxa" w:w="2664"/>
            <w:vAlign w:val="top"/>
          </w:tcPr>
          <w:p>
            <w:pPr>
              <w:jc w:val="center"/>
            </w:pPr>
            <w:r>
              <w:rPr>
                <w:sz w:val="16"/>
              </w:rPr>
              <w:t>[ ]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0F172A"/>
                <w:sz w:val="16"/>
              </w:rPr>
              <w:t>13. Add FAQs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1E40AF"/>
                <w:sz w:val="16"/>
              </w:rPr>
              <w:t>Answer long-tail queries and People Also Ask-style questions.</w:t>
            </w:r>
          </w:p>
          <w:p>
            <w:pPr>
              <w:ind w:left="144"/>
            </w:pPr>
            <w:r>
              <w:rPr>
                <w:sz w:val="16"/>
              </w:rPr>
              <w:t>- How often should you update old blog posts?</w:t>
            </w:r>
          </w:p>
          <w:p>
            <w:pPr>
              <w:ind w:left="144"/>
            </w:pPr>
            <w:r>
              <w:rPr>
                <w:sz w:val="16"/>
              </w:rPr>
              <w:t>- Should I change the URL when updating old blog posts?</w:t>
            </w:r>
          </w:p>
          <w:p>
            <w:pPr>
              <w:ind w:left="144"/>
            </w:pPr>
            <w:r>
              <w:rPr>
                <w:sz w:val="16"/>
              </w:rPr>
              <w:t>- Can updating old content hurt rankings?</w:t>
            </w:r>
          </w:p>
          <w:p>
            <w:pPr>
              <w:ind w:left="144"/>
            </w:pPr>
            <w:r>
              <w:rPr>
                <w:sz w:val="16"/>
              </w:rPr>
              <w:t>- Should I update the publish date?</w:t>
            </w:r>
          </w:p>
          <w:p>
            <w:pPr>
              <w:ind w:left="144"/>
            </w:pPr>
            <w:r>
              <w:rPr>
                <w:sz w:val="16"/>
              </w:rPr>
              <w:t>- How long does it take for a refreshed post to improve?</w:t>
            </w:r>
          </w:p>
          <w:p>
            <w:pPr>
              <w:ind w:left="144"/>
            </w:pPr>
            <w:r>
              <w:rPr>
                <w:sz w:val="16"/>
              </w:rPr>
              <w:t>- Should I delete old blog posts with no traffic?</w:t>
            </w:r>
          </w:p>
        </w:tc>
        <w:tc>
          <w:tcPr>
            <w:tcW w:type="dxa" w:w="2664"/>
            <w:vAlign w:val="top"/>
          </w:tcPr>
          <w:p>
            <w:r>
              <w:rPr>
                <w:sz w:val="16"/>
              </w:rPr>
              <w:t>FAQs to add: _______________________________________________</w:t>
            </w:r>
          </w:p>
        </w:tc>
      </w:tr>
      <w:tr>
        <w:tc>
          <w:tcPr>
            <w:tcW w:type="dxa" w:w="2664"/>
            <w:vAlign w:val="top"/>
          </w:tcPr>
          <w:p>
            <w:pPr>
              <w:jc w:val="center"/>
            </w:pPr>
            <w:r>
              <w:rPr>
                <w:sz w:val="16"/>
              </w:rPr>
              <w:t>[ ]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0F172A"/>
                <w:sz w:val="16"/>
              </w:rPr>
              <w:t>14. Improve the CTA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1E40AF"/>
                <w:sz w:val="16"/>
              </w:rPr>
              <w:t>A refreshed post should rank and convert.</w:t>
            </w:r>
          </w:p>
          <w:p>
            <w:pPr>
              <w:ind w:left="144"/>
            </w:pPr>
            <w:r>
              <w:rPr>
                <w:sz w:val="16"/>
              </w:rPr>
              <w:t>- Download the free blog refresh checklist</w:t>
            </w:r>
          </w:p>
          <w:p>
            <w:pPr>
              <w:ind w:left="144"/>
            </w:pPr>
            <w:r>
              <w:rPr>
                <w:sz w:val="16"/>
              </w:rPr>
              <w:t>- Book a content audit</w:t>
            </w:r>
          </w:p>
          <w:p>
            <w:pPr>
              <w:ind w:left="144"/>
            </w:pPr>
            <w:r>
              <w:rPr>
                <w:sz w:val="16"/>
              </w:rPr>
              <w:t>- Read the internal linking guide</w:t>
            </w:r>
          </w:p>
          <w:p>
            <w:pPr>
              <w:ind w:left="144"/>
            </w:pPr>
            <w:r>
              <w:rPr>
                <w:sz w:val="16"/>
              </w:rPr>
              <w:t>- Get the SEO content refresh template</w:t>
            </w:r>
          </w:p>
          <w:p>
            <w:pPr>
              <w:ind w:left="144"/>
            </w:pPr>
            <w:r>
              <w:rPr>
                <w:sz w:val="16"/>
              </w:rPr>
              <w:t>- Subscribe for monthly SEO tips</w:t>
            </w:r>
          </w:p>
        </w:tc>
        <w:tc>
          <w:tcPr>
            <w:tcW w:type="dxa" w:w="2664"/>
            <w:vAlign w:val="top"/>
          </w:tcPr>
          <w:p>
            <w:r>
              <w:rPr>
                <w:sz w:val="16"/>
              </w:rPr>
              <w:t>CTA copy: _________________________________________________</w:t>
            </w:r>
          </w:p>
        </w:tc>
      </w:tr>
      <w:tr>
        <w:tc>
          <w:tcPr>
            <w:tcW w:type="dxa" w:w="2664"/>
            <w:vAlign w:val="top"/>
          </w:tcPr>
          <w:p>
            <w:pPr>
              <w:jc w:val="center"/>
            </w:pPr>
            <w:r>
              <w:rPr>
                <w:sz w:val="16"/>
              </w:rPr>
              <w:t>[ ]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0F172A"/>
                <w:sz w:val="16"/>
              </w:rPr>
              <w:t>15. Request Reindexing</w:t>
            </w:r>
          </w:p>
        </w:tc>
        <w:tc>
          <w:tcPr>
            <w:tcW w:type="dxa" w:w="2664"/>
            <w:vAlign w:val="top"/>
          </w:tcPr>
          <w:p>
            <w:r>
              <w:rPr>
                <w:b/>
                <w:color w:val="1E40AF"/>
                <w:sz w:val="16"/>
              </w:rPr>
              <w:t>After meaningful updates, request indexing in Google Search Console.</w:t>
            </w:r>
          </w:p>
          <w:p>
            <w:pPr>
              <w:ind w:left="144"/>
            </w:pPr>
            <w:r>
              <w:rPr>
                <w:sz w:val="16"/>
              </w:rPr>
              <w:t>- Use the URL Inspection tool after the full page is updated.</w:t>
            </w:r>
          </w:p>
          <w:p>
            <w:pPr>
              <w:ind w:left="144"/>
            </w:pPr>
            <w:r>
              <w:rPr>
                <w:sz w:val="16"/>
              </w:rPr>
              <w:t>- Do not request indexing after every small edit.</w:t>
            </w:r>
          </w:p>
          <w:p>
            <w:pPr>
              <w:ind w:left="144"/>
            </w:pPr>
            <w:r>
              <w:rPr>
                <w:sz w:val="16"/>
              </w:rPr>
              <w:t>- Remember: repeated recrawl requests do not make crawling faster.</w:t>
            </w:r>
          </w:p>
        </w:tc>
        <w:tc>
          <w:tcPr>
            <w:tcW w:type="dxa" w:w="2664"/>
            <w:vAlign w:val="top"/>
          </w:tcPr>
          <w:p>
            <w:r>
              <w:rPr>
                <w:sz w:val="16"/>
              </w:rPr>
              <w:t>Reindexing status: Not requested / Requested / Indexed</w:t>
            </w:r>
          </w:p>
        </w:tc>
      </w:tr>
    </w:tbl>
    <w:p>
      <w:r>
        <w:br w:type="page"/>
      </w:r>
    </w:p>
    <w:p>
      <w:pPr>
        <w:pStyle w:val="Heading1"/>
      </w:pPr>
      <w:r>
        <w:t>Final Pre-Publish Review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552"/>
        <w:gridCol w:w="3552"/>
        <w:gridCol w:w="3552"/>
      </w:tblGrid>
      <w:tr>
        <w:tc>
          <w:tcPr>
            <w:tcW w:type="dxa" w:w="792"/>
            <w:shd w:fill="0F172A"/>
          </w:tcPr>
          <w:p>
            <w:r>
              <w:rPr>
                <w:b/>
                <w:color w:val="FFFFFF"/>
              </w:rPr>
              <w:t>Done</w:t>
            </w:r>
          </w:p>
        </w:tc>
        <w:tc>
          <w:tcPr>
            <w:tcW w:type="dxa" w:w="2448"/>
            <w:shd w:fill="0F172A"/>
          </w:tcPr>
          <w:p>
            <w:r>
              <w:rPr>
                <w:b/>
                <w:color w:val="FFFFFF"/>
              </w:rPr>
              <w:t>Area</w:t>
            </w:r>
          </w:p>
        </w:tc>
        <w:tc>
          <w:tcPr>
            <w:tcW w:type="dxa" w:w="8064"/>
            <w:shd w:fill="0F172A"/>
          </w:tcPr>
          <w:p>
            <w:r>
              <w:rPr>
                <w:b/>
                <w:color w:val="FFFFFF"/>
              </w:rPr>
              <w:t>Confirmation</w:t>
            </w:r>
          </w:p>
        </w:tc>
      </w:tr>
      <w:tr>
        <w:tc>
          <w:tcPr>
            <w:tcW w:type="dxa" w:w="792"/>
          </w:tcPr>
          <w:p>
            <w:pPr>
              <w:jc w:val="center"/>
            </w:pPr>
            <w:r>
              <w:t>[ ]</w:t>
            </w:r>
          </w:p>
        </w:tc>
        <w:tc>
          <w:tcPr>
            <w:tcW w:type="dxa" w:w="2448"/>
          </w:tcPr>
          <w:p>
            <w:r>
              <w:t>Search intent</w:t>
            </w:r>
          </w:p>
        </w:tc>
        <w:tc>
          <w:tcPr>
            <w:tcW w:type="dxa" w:w="8064"/>
          </w:tcPr>
          <w:p>
            <w:r>
              <w:t>The refreshed post answers the current SERP intent better than the old version.</w:t>
            </w:r>
          </w:p>
        </w:tc>
      </w:tr>
      <w:tr>
        <w:tc>
          <w:tcPr>
            <w:tcW w:type="dxa" w:w="792"/>
          </w:tcPr>
          <w:p>
            <w:pPr>
              <w:jc w:val="center"/>
            </w:pPr>
            <w:r>
              <w:t>[ ]</w:t>
            </w:r>
          </w:p>
        </w:tc>
        <w:tc>
          <w:tcPr>
            <w:tcW w:type="dxa" w:w="2448"/>
          </w:tcPr>
          <w:p>
            <w:r>
              <w:t>Accuracy</w:t>
            </w:r>
          </w:p>
        </w:tc>
        <w:tc>
          <w:tcPr>
            <w:tcW w:type="dxa" w:w="8064"/>
          </w:tcPr>
          <w:p>
            <w:r>
              <w:t>Outdated facts, examples, screenshots, and links have been updated.</w:t>
            </w:r>
          </w:p>
        </w:tc>
      </w:tr>
      <w:tr>
        <w:tc>
          <w:tcPr>
            <w:tcW w:type="dxa" w:w="792"/>
          </w:tcPr>
          <w:p>
            <w:pPr>
              <w:jc w:val="center"/>
            </w:pPr>
            <w:r>
              <w:t>[ ]</w:t>
            </w:r>
          </w:p>
        </w:tc>
        <w:tc>
          <w:tcPr>
            <w:tcW w:type="dxa" w:w="2448"/>
          </w:tcPr>
          <w:p>
            <w:r>
              <w:t>SEO basics</w:t>
            </w:r>
          </w:p>
        </w:tc>
        <w:tc>
          <w:tcPr>
            <w:tcW w:type="dxa" w:w="8064"/>
          </w:tcPr>
          <w:p>
            <w:r>
              <w:t>Title tag, meta description, headings, internal links, image SEO, and FAQs are complete.</w:t>
            </w:r>
          </w:p>
        </w:tc>
      </w:tr>
      <w:tr>
        <w:tc>
          <w:tcPr>
            <w:tcW w:type="dxa" w:w="792"/>
          </w:tcPr>
          <w:p>
            <w:pPr>
              <w:jc w:val="center"/>
            </w:pPr>
            <w:r>
              <w:t>[ ]</w:t>
            </w:r>
          </w:p>
        </w:tc>
        <w:tc>
          <w:tcPr>
            <w:tcW w:type="dxa" w:w="2448"/>
          </w:tcPr>
          <w:p>
            <w:r>
              <w:t>Conversion</w:t>
            </w:r>
          </w:p>
        </w:tc>
        <w:tc>
          <w:tcPr>
            <w:tcW w:type="dxa" w:w="8064"/>
          </w:tcPr>
          <w:p>
            <w:r>
              <w:t>The post has a relevant CTA for TVS SEO content writing services.</w:t>
            </w:r>
          </w:p>
        </w:tc>
      </w:tr>
      <w:tr>
        <w:tc>
          <w:tcPr>
            <w:tcW w:type="dxa" w:w="792"/>
          </w:tcPr>
          <w:p>
            <w:pPr>
              <w:jc w:val="center"/>
            </w:pPr>
            <w:r>
              <w:t>[ ]</w:t>
            </w:r>
          </w:p>
        </w:tc>
        <w:tc>
          <w:tcPr>
            <w:tcW w:type="dxa" w:w="2448"/>
          </w:tcPr>
          <w:p>
            <w:r>
              <w:t>Indexing</w:t>
            </w:r>
          </w:p>
        </w:tc>
        <w:tc>
          <w:tcPr>
            <w:tcW w:type="dxa" w:w="8064"/>
          </w:tcPr>
          <w:p>
            <w:r>
              <w:t>The page is ready for URL Inspection and indexing request after publishing.</w:t>
            </w:r>
          </w:p>
        </w:tc>
      </w:tr>
      <w:tr>
        <w:tc>
          <w:tcPr>
            <w:tcW w:type="dxa" w:w="792"/>
          </w:tcPr>
          <w:p>
            <w:pPr>
              <w:jc w:val="center"/>
            </w:pPr>
            <w:r>
              <w:t>[ ]</w:t>
            </w:r>
          </w:p>
        </w:tc>
        <w:tc>
          <w:tcPr>
            <w:tcW w:type="dxa" w:w="2448"/>
          </w:tcPr>
          <w:p>
            <w:r>
              <w:t>Measurement</w:t>
            </w:r>
          </w:p>
        </w:tc>
        <w:tc>
          <w:tcPr>
            <w:tcW w:type="dxa" w:w="8064"/>
          </w:tcPr>
          <w:p>
            <w:r>
              <w:t>7-day, 30-day, and 90-day checks are scheduled in Search Console or analytics.</w:t>
            </w:r>
          </w:p>
        </w:tc>
      </w:tr>
    </w:tbl>
    <w:p/>
    <w:p>
      <w:pPr>
        <w:pStyle w:val="Heading2"/>
      </w:pPr>
      <w:r>
        <w:t>Post-Refresh Tracking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c>
          <w:tcPr>
            <w:tcW w:type="dxa" w:w="1512"/>
            <w:shd w:fill="DBEAFE"/>
          </w:tcPr>
          <w:p>
            <w:r>
              <w:rPr>
                <w:b/>
                <w:color w:val="1E40AF"/>
              </w:rPr>
              <w:t>Timing</w:t>
            </w:r>
          </w:p>
        </w:tc>
        <w:tc>
          <w:tcPr>
            <w:tcW w:type="dxa" w:w="4320"/>
            <w:shd w:fill="DBEAFE"/>
          </w:tcPr>
          <w:p>
            <w:r>
              <w:rPr>
                <w:b/>
                <w:color w:val="1E40AF"/>
              </w:rPr>
              <w:t>What to check</w:t>
            </w:r>
          </w:p>
        </w:tc>
        <w:tc>
          <w:tcPr>
            <w:tcW w:type="dxa" w:w="2520"/>
            <w:shd w:fill="DBEAFE"/>
          </w:tcPr>
          <w:p>
            <w:r>
              <w:rPr>
                <w:b/>
                <w:color w:val="1E40AF"/>
              </w:rPr>
              <w:t>Current / baseline</w:t>
            </w:r>
          </w:p>
        </w:tc>
        <w:tc>
          <w:tcPr>
            <w:tcW w:type="dxa" w:w="2520"/>
            <w:shd w:fill="DBEAFE"/>
          </w:tcPr>
          <w:p>
            <w:r>
              <w:rPr>
                <w:b/>
                <w:color w:val="1E40AF"/>
              </w:rPr>
              <w:t>Result after update</w:t>
            </w:r>
          </w:p>
        </w:tc>
      </w:tr>
      <w:tr>
        <w:tc>
          <w:tcPr>
            <w:tcW w:type="dxa" w:w="1512"/>
          </w:tcPr>
          <w:p>
            <w:r>
              <w:t>Day 7</w:t>
            </w:r>
          </w:p>
        </w:tc>
        <w:tc>
          <w:tcPr>
            <w:tcW w:type="dxa" w:w="4320"/>
          </w:tcPr>
          <w:p>
            <w:r>
              <w:t>Crawl/indexing status, title showing, link checks</w:t>
            </w:r>
          </w:p>
        </w:tc>
        <w:tc>
          <w:tcPr>
            <w:tcW w:type="dxa" w:w="2520"/>
          </w:tcPr>
          <w:p>
            <w:r>
              <w:t>____________</w:t>
            </w:r>
          </w:p>
        </w:tc>
        <w:tc>
          <w:tcPr>
            <w:tcW w:type="dxa" w:w="2520"/>
          </w:tcPr>
          <w:p>
            <w:r>
              <w:t>____________</w:t>
            </w:r>
          </w:p>
        </w:tc>
      </w:tr>
      <w:tr>
        <w:tc>
          <w:tcPr>
            <w:tcW w:type="dxa" w:w="1512"/>
          </w:tcPr>
          <w:p>
            <w:r>
              <w:t>Day 30</w:t>
            </w:r>
          </w:p>
        </w:tc>
        <w:tc>
          <w:tcPr>
            <w:tcW w:type="dxa" w:w="4320"/>
          </w:tcPr>
          <w:p>
            <w:r>
              <w:t>Impressions, CTR, average position, new queries</w:t>
            </w:r>
          </w:p>
        </w:tc>
        <w:tc>
          <w:tcPr>
            <w:tcW w:type="dxa" w:w="2520"/>
          </w:tcPr>
          <w:p>
            <w:r>
              <w:t>____________</w:t>
            </w:r>
          </w:p>
        </w:tc>
        <w:tc>
          <w:tcPr>
            <w:tcW w:type="dxa" w:w="2520"/>
          </w:tcPr>
          <w:p>
            <w:r>
              <w:t>____________</w:t>
            </w:r>
          </w:p>
        </w:tc>
      </w:tr>
      <w:tr>
        <w:tc>
          <w:tcPr>
            <w:tcW w:type="dxa" w:w="1512"/>
          </w:tcPr>
          <w:p>
            <w:r>
              <w:t>Day 90</w:t>
            </w:r>
          </w:p>
        </w:tc>
        <w:tc>
          <w:tcPr>
            <w:tcW w:type="dxa" w:w="4320"/>
          </w:tcPr>
          <w:p>
            <w:r>
              <w:t>Clicks, rankings, conversions, next refresh decision</w:t>
            </w:r>
          </w:p>
        </w:tc>
        <w:tc>
          <w:tcPr>
            <w:tcW w:type="dxa" w:w="2520"/>
          </w:tcPr>
          <w:p>
            <w:r>
              <w:t>____________</w:t>
            </w:r>
          </w:p>
        </w:tc>
        <w:tc>
          <w:tcPr>
            <w:tcW w:type="dxa" w:w="2520"/>
          </w:tcPr>
          <w:p>
            <w:r>
              <w:t>____________</w:t>
            </w:r>
          </w:p>
        </w:tc>
      </w:tr>
    </w:tbl>
    <w:p/>
    <w:p>
      <w:pPr>
        <w:pStyle w:val="Heading2"/>
      </w:pPr>
      <w:r>
        <w:t>Source Notes</w:t>
      </w:r>
    </w:p>
    <w:p>
      <w:pPr>
        <w:spacing w:after="40"/>
      </w:pPr>
      <w:r>
        <w:rPr>
          <w:b/>
        </w:rPr>
        <w:t xml:space="preserve">Google helpful content guidance: </w:t>
      </w:r>
      <w:r>
        <w:t>Google warns against changing page dates to seem fresh when the content has not substantially changed.</w:t>
      </w:r>
    </w:p>
    <w:p>
      <w:pPr>
        <w:spacing w:after="40"/>
      </w:pPr>
      <w:r>
        <w:rPr>
          <w:b/>
        </w:rPr>
        <w:t xml:space="preserve">Google Search Console Performance report: </w:t>
      </w:r>
      <w:r>
        <w:t>The report shows clicks, impressions, average CTR, and average position.</w:t>
      </w:r>
    </w:p>
    <w:p>
      <w:pPr>
        <w:spacing w:after="40"/>
      </w:pPr>
      <w:r>
        <w:rPr>
          <w:b/>
        </w:rPr>
        <w:t xml:space="preserve">Google recrawling documentation: </w:t>
      </w:r>
      <w:r>
        <w:t>URL Inspection can request indexing for individual URLs; repeated recrawl requests do not make crawling faster.</w:t>
      </w:r>
    </w:p>
    <w:p>
      <w:pPr>
        <w:spacing w:after="40"/>
      </w:pPr>
      <w:r>
        <w:rPr>
          <w:b/>
        </w:rPr>
        <w:t xml:space="preserve">Virayo SEO content refresh checklist: </w:t>
      </w:r>
      <w:r>
        <w:t>Useful competitor guidance: review search intent, competitor structure, content depth, and links before refreshing.</w:t>
      </w:r>
    </w:p>
    <w:p>
      <w:r>
        <w:rPr>
          <w:b/>
        </w:rPr>
        <w:t xml:space="preserve">Recommended use: </w:t>
      </w:r>
      <w:r>
        <w:t>Print this checklist or duplicate it for every old blog post you refresh.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792" w:right="792" w:bottom="792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color w:val="64748B"/>
        <w:sz w:val="16"/>
      </w:rPr>
      <w:t>Use before republishing old blog posts | TVS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color w:val="64748B"/>
        <w:sz w:val="16"/>
      </w:rPr>
      <w:t>TVS SEO Content Refresh Checklist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sz w:val="19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ptos Display" w:hAnsi="Aptos Display" w:eastAsia="Aptos Display"/>
      <w:b/>
      <w:bCs/>
      <w:color w:val="0F172A"/>
      <w:sz w:val="3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ptos Display" w:hAnsi="Aptos Display" w:eastAsia="Aptos Display"/>
      <w:b/>
      <w:bCs/>
      <w:color w:val="1E40A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ptos Display" w:hAnsi="Aptos Display" w:eastAsia="Aptos Display"/>
      <w:b/>
      <w:bCs/>
      <w:color w:val="4F81BD" w:themeColor="accent1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ptos Display" w:hAnsi="Aptos Display" w:eastAsia="Aptos Display"/>
      <w:b/>
      <w:color w:val="0F172A"/>
      <w:spacing w:val="5"/>
      <w:kern w:val="28"/>
      <w:sz w:val="4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