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rial" w:hAnsi="Arial" w:eastAsia="Arial"/>
          <w:b/>
          <w:color w:val="1F4E79"/>
          <w:sz w:val="56"/>
        </w:rPr>
        <w:br/>
        <w:t>Monthly SEO Report Template</w:t>
      </w:r>
    </w:p>
    <w:p>
      <w:pPr>
        <w:jc w:val="center"/>
      </w:pPr>
      <w:r>
        <w:rPr>
          <w:rFonts w:ascii="Arial" w:hAnsi="Arial" w:eastAsia="Arial"/>
          <w:color w:val="505050"/>
          <w:sz w:val="26"/>
        </w:rPr>
        <w:t>Editable Word template for agencies, freelancers, in-house teams, and business owners</w:t>
      </w:r>
    </w:p>
    <w:tbl>
      <w:tblPr>
        <w:tblStyle w:val="TableGrid"/>
        <w:tblW w:type="auto" w:w="0"/>
        <w:jc w:val="center"/>
        <w:tblLook w:firstColumn="1" w:firstRow="1" w:lastColumn="0" w:lastRow="0" w:noHBand="0" w:noVBand="1" w:val="04A0"/>
      </w:tblPr>
      <w:tblGrid>
        <w:gridCol w:w="7625"/>
        <w:gridCol w:w="7625"/>
      </w:tblGrid>
      <w:tr>
        <w:trPr>
          <w:tblHeader w:val="true"/>
        </w:trPr>
        <w:tc>
          <w:tcPr>
            <w:tcW w:type="dxa" w:w="3168"/>
            <w:vAlign w:val="center"/>
            <w:shd w:fill="1F4E79"/>
          </w:tcPr>
          <w:p>
            <w:pPr>
              <w:jc w:val="left"/>
            </w:pPr>
            <w:r/>
            <w:r>
              <w:rPr>
                <w:b/>
                <w:color w:val="FFFFFF"/>
                <w:sz w:val="20"/>
              </w:rPr>
              <w:t>Field</w:t>
            </w:r>
          </w:p>
        </w:tc>
        <w:tc>
          <w:tcPr>
            <w:tcW w:type="dxa" w:w="11520"/>
            <w:vAlign w:val="center"/>
            <w:shd w:fill="1F4E79"/>
          </w:tcPr>
          <w:p>
            <w:pPr>
              <w:jc w:val="left"/>
            </w:pPr>
            <w:r/>
            <w:r>
              <w:rPr>
                <w:b/>
                <w:color w:val="FFFFFF"/>
                <w:sz w:val="20"/>
              </w:rPr>
              <w:t>Details</w:t>
            </w:r>
          </w:p>
        </w:tc>
      </w:tr>
      <w:tr>
        <w:tc>
          <w:tcPr>
            <w:tcW w:type="dxa" w:w="3168"/>
            <w:vAlign w:val="center"/>
          </w:tcPr>
          <w:p>
            <w:pPr>
              <w:jc w:val="left"/>
            </w:pPr>
            <w:r/>
            <w:r>
              <w:rPr>
                <w:b w:val="0"/>
                <w:sz w:val="20"/>
              </w:rPr>
              <w:t>Client / Website</w:t>
            </w:r>
          </w:p>
        </w:tc>
        <w:tc>
          <w:tcPr>
            <w:tcW w:type="dxa" w:w="11520"/>
            <w:vAlign w:val="center"/>
          </w:tcPr>
          <w:p>
            <w:pPr>
              <w:jc w:val="left"/>
            </w:pPr>
            <w:r/>
            <w:r>
              <w:rPr>
                <w:b w:val="0"/>
                <w:sz w:val="20"/>
              </w:rPr>
              <w:t>[Client Name or Website URL]</w:t>
            </w:r>
          </w:p>
        </w:tc>
      </w:tr>
      <w:tr>
        <w:tc>
          <w:tcPr>
            <w:tcW w:type="dxa" w:w="3168"/>
            <w:vAlign w:val="center"/>
            <w:shd w:fill="F2F2F2"/>
          </w:tcPr>
          <w:p>
            <w:pPr>
              <w:jc w:val="left"/>
            </w:pPr>
            <w:r/>
            <w:r>
              <w:rPr>
                <w:b w:val="0"/>
                <w:sz w:val="20"/>
              </w:rPr>
              <w:t>Reporting Period</w:t>
            </w:r>
          </w:p>
        </w:tc>
        <w:tc>
          <w:tcPr>
            <w:tcW w:type="dxa" w:w="11520"/>
            <w:vAlign w:val="center"/>
            <w:shd w:fill="F2F2F2"/>
          </w:tcPr>
          <w:p>
            <w:pPr>
              <w:jc w:val="left"/>
            </w:pPr>
            <w:r/>
            <w:r>
              <w:rPr>
                <w:b w:val="0"/>
                <w:sz w:val="20"/>
              </w:rPr>
              <w:t>[Month Year]</w:t>
            </w:r>
          </w:p>
        </w:tc>
      </w:tr>
      <w:tr>
        <w:tc>
          <w:tcPr>
            <w:tcW w:type="dxa" w:w="3168"/>
            <w:vAlign w:val="center"/>
          </w:tcPr>
          <w:p>
            <w:pPr>
              <w:jc w:val="left"/>
            </w:pPr>
            <w:r/>
            <w:r>
              <w:rPr>
                <w:b w:val="0"/>
                <w:sz w:val="20"/>
              </w:rPr>
              <w:t>Prepared By</w:t>
            </w:r>
          </w:p>
        </w:tc>
        <w:tc>
          <w:tcPr>
            <w:tcW w:type="dxa" w:w="11520"/>
            <w:vAlign w:val="center"/>
          </w:tcPr>
          <w:p>
            <w:pPr>
              <w:jc w:val="left"/>
            </w:pPr>
            <w:r/>
            <w:r>
              <w:rPr>
                <w:b w:val="0"/>
                <w:sz w:val="20"/>
              </w:rPr>
              <w:t>[Your Name / Company]</w:t>
            </w:r>
          </w:p>
        </w:tc>
      </w:tr>
      <w:tr>
        <w:tc>
          <w:tcPr>
            <w:tcW w:type="dxa" w:w="3168"/>
            <w:vAlign w:val="center"/>
            <w:shd w:fill="F2F2F2"/>
          </w:tcPr>
          <w:p>
            <w:pPr>
              <w:jc w:val="left"/>
            </w:pPr>
            <w:r/>
            <w:r>
              <w:rPr>
                <w:b w:val="0"/>
                <w:sz w:val="20"/>
              </w:rPr>
              <w:t>Date Prepared</w:t>
            </w:r>
          </w:p>
        </w:tc>
        <w:tc>
          <w:tcPr>
            <w:tcW w:type="dxa" w:w="11520"/>
            <w:vAlign w:val="center"/>
            <w:shd w:fill="F2F2F2"/>
          </w:tcPr>
          <w:p>
            <w:pPr>
              <w:jc w:val="left"/>
            </w:pPr>
            <w:r/>
            <w:r>
              <w:rPr>
                <w:b w:val="0"/>
                <w:sz w:val="20"/>
              </w:rPr>
              <w:t>[Date]</w:t>
            </w:r>
          </w:p>
        </w:tc>
      </w:tr>
      <w:tr>
        <w:tc>
          <w:tcPr>
            <w:tcW w:type="dxa" w:w="3168"/>
            <w:vAlign w:val="center"/>
          </w:tcPr>
          <w:p>
            <w:pPr>
              <w:jc w:val="left"/>
            </w:pPr>
            <w:r/>
            <w:r>
              <w:rPr>
                <w:b w:val="0"/>
                <w:sz w:val="20"/>
              </w:rPr>
              <w:t>Main Goal</w:t>
            </w:r>
          </w:p>
        </w:tc>
        <w:tc>
          <w:tcPr>
            <w:tcW w:type="dxa" w:w="11520"/>
            <w:vAlign w:val="center"/>
          </w:tcPr>
          <w:p>
            <w:pPr>
              <w:jc w:val="left"/>
            </w:pPr>
            <w:r/>
            <w:r>
              <w:rPr>
                <w:b w:val="0"/>
                <w:sz w:val="20"/>
              </w:rPr>
              <w:t>[Example: increase leads, organic revenue, visibility, calls, or rankings]</w:t>
            </w:r>
          </w:p>
        </w:tc>
      </w:tr>
    </w:tbl>
    <w:p/>
    <w:tbl>
      <w:tblPr>
        <w:tblW w:type="auto" w:w="0"/>
        <w:jc w:val="center"/>
        <w:tblLook w:firstColumn="1" w:firstRow="1" w:lastColumn="0" w:lastRow="0" w:noHBand="0" w:noVBand="1" w:val="04A0"/>
      </w:tblPr>
      <w:tblGrid>
        <w:gridCol w:w="15250"/>
      </w:tblGrid>
      <w:tr>
        <w:tc>
          <w:tcPr>
            <w:tcW w:type="dxa" w:w="15250"/>
            <w:shd w:fill="E2F0D9"/>
            <w:vAlign w:val="center"/>
          </w:tcPr>
          <w:p>
            <w:pPr>
              <w:spacing w:after="0"/>
              <w:jc w:val="left"/>
            </w:pPr>
            <w:r/>
            <w:r>
              <w:rPr>
                <w:b w:val="0"/>
                <w:sz w:val="18"/>
              </w:rPr>
              <w:t>How to use this file: replace all bracketed placeholders with your monthly data, remove sections that are not relevant, and add charts or screenshots where useful. Keep the final report focused on insights, business impact, and next steps.</w:t>
            </w:r>
          </w:p>
        </w:tc>
      </w:tr>
    </w:tbl>
    <w:p/>
    <w:p>
      <w:pPr>
        <w:pStyle w:val="Heading1"/>
      </w:pPr>
      <w:r>
        <w:rPr>
          <w:rFonts w:ascii="Arial" w:hAnsi="Arial" w:eastAsia="Arial"/>
          <w:color w:val="1F4E79"/>
        </w:rPr>
        <w:t>Report Completion Checklist</w:t>
      </w:r>
    </w:p>
    <w:tbl>
      <w:tblPr>
        <w:tblStyle w:val="TableGrid"/>
        <w:tblW w:type="auto" w:w="0"/>
        <w:jc w:val="center"/>
        <w:tblLook w:firstColumn="1" w:firstRow="1" w:lastColumn="0" w:lastRow="0" w:noHBand="0" w:noVBand="1" w:val="04A0"/>
      </w:tblPr>
      <w:tblGrid>
        <w:gridCol w:w="7625"/>
        <w:gridCol w:w="7625"/>
      </w:tblGrid>
      <w:tr>
        <w:trPr>
          <w:tblHeader w:val="true"/>
        </w:trPr>
        <w:tc>
          <w:tcPr>
            <w:tcW w:type="dxa" w:w="1007"/>
            <w:vAlign w:val="center"/>
            <w:shd w:fill="1F4E79"/>
          </w:tcPr>
          <w:p>
            <w:pPr>
              <w:jc w:val="left"/>
            </w:pPr>
            <w:r/>
            <w:r>
              <w:rPr>
                <w:b/>
                <w:color w:val="FFFFFF"/>
                <w:sz w:val="18"/>
              </w:rPr>
              <w:t>Done</w:t>
            </w:r>
          </w:p>
        </w:tc>
        <w:tc>
          <w:tcPr>
            <w:tcW w:type="dxa" w:w="13680"/>
            <w:vAlign w:val="center"/>
            <w:shd w:fill="1F4E79"/>
          </w:tcPr>
          <w:p>
            <w:pPr>
              <w:jc w:val="left"/>
            </w:pPr>
            <w:r/>
            <w:r>
              <w:rPr>
                <w:b/>
                <w:color w:val="FFFFFF"/>
                <w:sz w:val="18"/>
              </w:rPr>
              <w:t>Item</w:t>
            </w:r>
          </w:p>
        </w:tc>
      </w:tr>
      <w:tr>
        <w:tc>
          <w:tcPr>
            <w:tcW w:type="dxa" w:w="1007"/>
            <w:vAlign w:val="center"/>
          </w:tcPr>
          <w:p>
            <w:pPr>
              <w:jc w:val="left"/>
            </w:pPr>
            <w:r/>
            <w:r>
              <w:rPr>
                <w:b w:val="0"/>
                <w:sz w:val="18"/>
              </w:rPr>
              <w:t>☐</w:t>
            </w:r>
          </w:p>
        </w:tc>
        <w:tc>
          <w:tcPr>
            <w:tcW w:type="dxa" w:w="13680"/>
            <w:vAlign w:val="center"/>
          </w:tcPr>
          <w:p>
            <w:pPr>
              <w:jc w:val="left"/>
            </w:pPr>
            <w:r/>
            <w:r>
              <w:rPr>
                <w:b w:val="0"/>
                <w:sz w:val="18"/>
              </w:rPr>
              <w:t>Executive summary added with wins, losses, and next steps</w:t>
            </w:r>
          </w:p>
        </w:tc>
      </w:tr>
      <w:tr>
        <w:tc>
          <w:tcPr>
            <w:tcW w:type="dxa" w:w="1007"/>
            <w:vAlign w:val="center"/>
            <w:shd w:fill="F2F2F2"/>
          </w:tcPr>
          <w:p>
            <w:pPr>
              <w:jc w:val="left"/>
            </w:pPr>
            <w:r/>
            <w:r>
              <w:rPr>
                <w:b w:val="0"/>
                <w:sz w:val="18"/>
              </w:rPr>
              <w:t>☐</w:t>
            </w:r>
          </w:p>
        </w:tc>
        <w:tc>
          <w:tcPr>
            <w:tcW w:type="dxa" w:w="13680"/>
            <w:vAlign w:val="center"/>
            <w:shd w:fill="F2F2F2"/>
          </w:tcPr>
          <w:p>
            <w:pPr>
              <w:jc w:val="left"/>
            </w:pPr>
            <w:r/>
            <w:r>
              <w:rPr>
                <w:b w:val="0"/>
                <w:sz w:val="18"/>
              </w:rPr>
              <w:t>GA4 organic traffic and conversion data updated</w:t>
            </w:r>
          </w:p>
        </w:tc>
      </w:tr>
      <w:tr>
        <w:tc>
          <w:tcPr>
            <w:tcW w:type="dxa" w:w="1007"/>
            <w:vAlign w:val="center"/>
          </w:tcPr>
          <w:p>
            <w:pPr>
              <w:jc w:val="left"/>
            </w:pPr>
            <w:r/>
            <w:r>
              <w:rPr>
                <w:b w:val="0"/>
                <w:sz w:val="18"/>
              </w:rPr>
              <w:t>☐</w:t>
            </w:r>
          </w:p>
        </w:tc>
        <w:tc>
          <w:tcPr>
            <w:tcW w:type="dxa" w:w="13680"/>
            <w:vAlign w:val="center"/>
          </w:tcPr>
          <w:p>
            <w:pPr>
              <w:jc w:val="left"/>
            </w:pPr>
            <w:r/>
            <w:r>
              <w:rPr>
                <w:b w:val="0"/>
                <w:sz w:val="18"/>
              </w:rPr>
              <w:t>Google Search Console clicks, impressions, CTR, and position reviewed</w:t>
            </w:r>
          </w:p>
        </w:tc>
      </w:tr>
      <w:tr>
        <w:tc>
          <w:tcPr>
            <w:tcW w:type="dxa" w:w="1007"/>
            <w:vAlign w:val="center"/>
            <w:shd w:fill="F2F2F2"/>
          </w:tcPr>
          <w:p>
            <w:pPr>
              <w:jc w:val="left"/>
            </w:pPr>
            <w:r/>
            <w:r>
              <w:rPr>
                <w:b w:val="0"/>
                <w:sz w:val="18"/>
              </w:rPr>
              <w:t>☐</w:t>
            </w:r>
          </w:p>
        </w:tc>
        <w:tc>
          <w:tcPr>
            <w:tcW w:type="dxa" w:w="13680"/>
            <w:vAlign w:val="center"/>
            <w:shd w:fill="F2F2F2"/>
          </w:tcPr>
          <w:p>
            <w:pPr>
              <w:jc w:val="left"/>
            </w:pPr>
            <w:r/>
            <w:r>
              <w:rPr>
                <w:b w:val="0"/>
                <w:sz w:val="18"/>
              </w:rPr>
              <w:t>Keyword ranking changes summarized by priority and intent</w:t>
            </w:r>
          </w:p>
        </w:tc>
      </w:tr>
      <w:tr>
        <w:tc>
          <w:tcPr>
            <w:tcW w:type="dxa" w:w="1007"/>
            <w:vAlign w:val="center"/>
          </w:tcPr>
          <w:p>
            <w:pPr>
              <w:jc w:val="left"/>
            </w:pPr>
            <w:r/>
            <w:r>
              <w:rPr>
                <w:b w:val="0"/>
                <w:sz w:val="18"/>
              </w:rPr>
              <w:t>☐</w:t>
            </w:r>
          </w:p>
        </w:tc>
        <w:tc>
          <w:tcPr>
            <w:tcW w:type="dxa" w:w="13680"/>
            <w:vAlign w:val="center"/>
          </w:tcPr>
          <w:p>
            <w:pPr>
              <w:jc w:val="left"/>
            </w:pPr>
            <w:r/>
            <w:r>
              <w:rPr>
                <w:b w:val="0"/>
                <w:sz w:val="18"/>
              </w:rPr>
              <w:t>Top pages reviewed for traffic, clicks, and conversions</w:t>
            </w:r>
          </w:p>
        </w:tc>
      </w:tr>
      <w:tr>
        <w:tc>
          <w:tcPr>
            <w:tcW w:type="dxa" w:w="1007"/>
            <w:vAlign w:val="center"/>
            <w:shd w:fill="F2F2F2"/>
          </w:tcPr>
          <w:p>
            <w:pPr>
              <w:jc w:val="left"/>
            </w:pPr>
            <w:r/>
            <w:r>
              <w:rPr>
                <w:b w:val="0"/>
                <w:sz w:val="18"/>
              </w:rPr>
              <w:t>☐</w:t>
            </w:r>
          </w:p>
        </w:tc>
        <w:tc>
          <w:tcPr>
            <w:tcW w:type="dxa" w:w="13680"/>
            <w:vAlign w:val="center"/>
            <w:shd w:fill="F2F2F2"/>
          </w:tcPr>
          <w:p>
            <w:pPr>
              <w:jc w:val="left"/>
            </w:pPr>
            <w:r/>
            <w:r>
              <w:rPr>
                <w:b w:val="0"/>
                <w:sz w:val="18"/>
              </w:rPr>
              <w:t>Content updates and publishing activity listed</w:t>
            </w:r>
          </w:p>
        </w:tc>
      </w:tr>
      <w:tr>
        <w:tc>
          <w:tcPr>
            <w:tcW w:type="dxa" w:w="1007"/>
            <w:vAlign w:val="center"/>
          </w:tcPr>
          <w:p>
            <w:pPr>
              <w:jc w:val="left"/>
            </w:pPr>
            <w:r/>
            <w:r>
              <w:rPr>
                <w:b w:val="0"/>
                <w:sz w:val="18"/>
              </w:rPr>
              <w:t>☐</w:t>
            </w:r>
          </w:p>
        </w:tc>
        <w:tc>
          <w:tcPr>
            <w:tcW w:type="dxa" w:w="13680"/>
            <w:vAlign w:val="center"/>
          </w:tcPr>
          <w:p>
            <w:pPr>
              <w:jc w:val="left"/>
            </w:pPr>
            <w:r/>
            <w:r>
              <w:rPr>
                <w:b w:val="0"/>
                <w:sz w:val="18"/>
              </w:rPr>
              <w:t>Technical SEO issues checked and prioritized</w:t>
            </w:r>
          </w:p>
        </w:tc>
      </w:tr>
      <w:tr>
        <w:tc>
          <w:tcPr>
            <w:tcW w:type="dxa" w:w="1007"/>
            <w:vAlign w:val="center"/>
            <w:shd w:fill="F2F2F2"/>
          </w:tcPr>
          <w:p>
            <w:pPr>
              <w:jc w:val="left"/>
            </w:pPr>
            <w:r/>
            <w:r>
              <w:rPr>
                <w:b w:val="0"/>
                <w:sz w:val="18"/>
              </w:rPr>
              <w:t>☐</w:t>
            </w:r>
          </w:p>
        </w:tc>
        <w:tc>
          <w:tcPr>
            <w:tcW w:type="dxa" w:w="13680"/>
            <w:vAlign w:val="center"/>
            <w:shd w:fill="F2F2F2"/>
          </w:tcPr>
          <w:p>
            <w:pPr>
              <w:jc w:val="left"/>
            </w:pPr>
            <w:r/>
            <w:r>
              <w:rPr>
                <w:b w:val="0"/>
                <w:sz w:val="18"/>
              </w:rPr>
              <w:t>Backlink and authority changes reviewed</w:t>
            </w:r>
          </w:p>
        </w:tc>
      </w:tr>
      <w:tr>
        <w:tc>
          <w:tcPr>
            <w:tcW w:type="dxa" w:w="1007"/>
            <w:vAlign w:val="center"/>
          </w:tcPr>
          <w:p>
            <w:pPr>
              <w:jc w:val="left"/>
            </w:pPr>
            <w:r/>
            <w:r>
              <w:rPr>
                <w:b w:val="0"/>
                <w:sz w:val="18"/>
              </w:rPr>
              <w:t>☐</w:t>
            </w:r>
          </w:p>
        </w:tc>
        <w:tc>
          <w:tcPr>
            <w:tcW w:type="dxa" w:w="13680"/>
            <w:vAlign w:val="center"/>
          </w:tcPr>
          <w:p>
            <w:pPr>
              <w:jc w:val="left"/>
            </w:pPr>
            <w:r/>
            <w:r>
              <w:rPr>
                <w:b w:val="0"/>
                <w:sz w:val="18"/>
              </w:rPr>
              <w:t>Competitor opportunities added</w:t>
            </w:r>
          </w:p>
        </w:tc>
      </w:tr>
      <w:tr>
        <w:tc>
          <w:tcPr>
            <w:tcW w:type="dxa" w:w="1007"/>
            <w:vAlign w:val="center"/>
            <w:shd w:fill="F2F2F2"/>
          </w:tcPr>
          <w:p>
            <w:pPr>
              <w:jc w:val="left"/>
            </w:pPr>
            <w:r/>
            <w:r>
              <w:rPr>
                <w:b w:val="0"/>
                <w:sz w:val="18"/>
              </w:rPr>
              <w:t>☐</w:t>
            </w:r>
          </w:p>
        </w:tc>
        <w:tc>
          <w:tcPr>
            <w:tcW w:type="dxa" w:w="13680"/>
            <w:vAlign w:val="center"/>
            <w:shd w:fill="F2F2F2"/>
          </w:tcPr>
          <w:p>
            <w:pPr>
              <w:jc w:val="left"/>
            </w:pPr>
            <w:r/>
            <w:r>
              <w:rPr>
                <w:b w:val="0"/>
                <w:sz w:val="18"/>
              </w:rPr>
              <w:t>Next-month priorities clearly listed</w:t>
            </w:r>
          </w:p>
        </w:tc>
      </w:tr>
    </w:tbl>
    <w:p/>
    <w:p>
      <w:r>
        <w:rPr>
          <w:rFonts w:ascii="Arial" w:hAnsi="Arial" w:eastAsia="Arial"/>
        </w:rPr>
        <w:br w:type="page"/>
      </w:r>
    </w:p>
    <w:p>
      <w:pPr>
        <w:pStyle w:val="Heading1"/>
      </w:pPr>
      <w:r>
        <w:rPr>
          <w:rFonts w:ascii="Arial" w:hAnsi="Arial" w:eastAsia="Arial"/>
          <w:color w:val="1F4E79"/>
        </w:rPr>
        <w:t>1. Executive Summary</w:t>
      </w:r>
    </w:p>
    <w:tbl>
      <w:tblPr>
        <w:tblW w:type="auto" w:w="0"/>
        <w:jc w:val="center"/>
        <w:tblLook w:firstColumn="1" w:firstRow="1" w:lastColumn="0" w:lastRow="0" w:noHBand="0" w:noVBand="1" w:val="04A0"/>
      </w:tblPr>
      <w:tblGrid>
        <w:gridCol w:w="15250"/>
      </w:tblGrid>
      <w:tr>
        <w:tc>
          <w:tcPr>
            <w:tcW w:type="dxa" w:w="15250"/>
            <w:shd w:fill="D9EAF7"/>
            <w:vAlign w:val="center"/>
          </w:tcPr>
          <w:p>
            <w:pPr>
              <w:spacing w:after="0"/>
              <w:jc w:val="left"/>
            </w:pPr>
            <w:r/>
            <w:r>
              <w:rPr>
                <w:b w:val="0"/>
                <w:sz w:val="18"/>
              </w:rPr>
              <w:t>Write this section last. Keep it short, clear, and useful for non-SEO readers.</w:t>
            </w:r>
          </w:p>
        </w:tc>
      </w:tr>
    </w:tbl>
    <w:p/>
    <w:p>
      <w:r>
        <w:rPr>
          <w:rFonts w:ascii="Arial" w:hAnsi="Arial" w:eastAsia="Arial"/>
          <w:sz w:val="20"/>
        </w:rPr>
        <w:t>Overall Performance: [Summarize whether organic performance improved, declined, or stayed stable.]</w:t>
      </w:r>
    </w:p>
    <w:p>
      <w:r>
        <w:rPr>
          <w:rFonts w:ascii="Arial" w:hAnsi="Arial" w:eastAsia="Arial"/>
          <w:sz w:val="20"/>
        </w:rPr>
        <w:t>Biggest Wins: [List the strongest ranking, traffic, conversion, or technical improvements.]</w:t>
      </w:r>
    </w:p>
    <w:p>
      <w:r>
        <w:rPr>
          <w:rFonts w:ascii="Arial" w:hAnsi="Arial" w:eastAsia="Arial"/>
          <w:sz w:val="20"/>
        </w:rPr>
        <w:t>Biggest Concerns: [List ranking drops, traffic losses, technical issues, or conversion problems.]</w:t>
      </w:r>
    </w:p>
    <w:p>
      <w:r>
        <w:rPr>
          <w:rFonts w:ascii="Arial" w:hAnsi="Arial" w:eastAsia="Arial"/>
          <w:sz w:val="20"/>
        </w:rPr>
        <w:t>Work Completed: [Summarize the main SEO actions completed this month.]</w:t>
      </w:r>
    </w:p>
    <w:p>
      <w:r>
        <w:rPr>
          <w:rFonts w:ascii="Arial" w:hAnsi="Arial" w:eastAsia="Arial"/>
          <w:sz w:val="20"/>
        </w:rPr>
        <w:t>Next Focus: [Summarize the top priorities for next month.]</w:t>
      </w:r>
    </w:p>
    <w:p>
      <w:pPr>
        <w:pStyle w:val="Heading2"/>
      </w:pPr>
      <w:r>
        <w:rPr>
          <w:rFonts w:ascii="Arial" w:hAnsi="Arial" w:eastAsia="Arial"/>
          <w:color w:val="1F4E79"/>
        </w:rPr>
        <w:t>Example Executive Summary</w:t>
      </w:r>
    </w:p>
    <w:tbl>
      <w:tblPr>
        <w:tblW w:type="auto" w:w="0"/>
        <w:jc w:val="center"/>
        <w:tblLook w:firstColumn="1" w:firstRow="1" w:lastColumn="0" w:lastRow="0" w:noHBand="0" w:noVBand="1" w:val="04A0"/>
      </w:tblPr>
      <w:tblGrid>
        <w:gridCol w:w="15250"/>
      </w:tblGrid>
      <w:tr>
        <w:tc>
          <w:tcPr>
            <w:tcW w:type="dxa" w:w="15250"/>
            <w:shd w:fill="F2F2F2"/>
            <w:vAlign w:val="center"/>
          </w:tcPr>
          <w:p>
            <w:pPr>
              <w:spacing w:after="0"/>
              <w:jc w:val="left"/>
            </w:pPr>
            <w:r/>
            <w:r>
              <w:rPr>
                <w:b w:val="0"/>
                <w:sz w:val="18"/>
              </w:rPr>
              <w:t>Organic traffic increased by [X%] month over month, driven by improved rankings for [priority page/category]. Google Search Console clicks increased by [X%], while impressions grew by [X%]. Organic conversions changed by [X%]. This month, we completed [key actions]. Next month, the focus should be [priority 1], [priority 2], and [priority 3].</w:t>
            </w:r>
          </w:p>
        </w:tc>
      </w:tr>
    </w:tbl>
    <w:p/>
    <w:p>
      <w:pPr>
        <w:pStyle w:val="Heading1"/>
      </w:pPr>
      <w:r>
        <w:rPr>
          <w:rFonts w:ascii="Arial" w:hAnsi="Arial" w:eastAsia="Arial"/>
          <w:color w:val="1F4E79"/>
        </w:rPr>
        <w:t>2. SEO Performance Snapshot</w:t>
      </w:r>
    </w:p>
    <w:tbl>
      <w:tblPr>
        <w:tblStyle w:val="TableGrid"/>
        <w:tblW w:type="auto" w:w="0"/>
        <w:jc w:val="center"/>
        <w:tblLook w:firstColumn="1" w:firstRow="1" w:lastColumn="0" w:lastRow="0" w:noHBand="0" w:noVBand="1" w:val="04A0"/>
      </w:tblPr>
      <w:tblGrid>
        <w:gridCol w:w="2542"/>
        <w:gridCol w:w="2542"/>
        <w:gridCol w:w="2542"/>
        <w:gridCol w:w="2542"/>
        <w:gridCol w:w="2542"/>
        <w:gridCol w:w="2542"/>
      </w:tblGrid>
      <w:tr>
        <w:trPr>
          <w:tblHeader w:val="true"/>
        </w:trPr>
        <w:tc>
          <w:tcPr>
            <w:tcW w:type="dxa" w:w="2880"/>
            <w:vAlign w:val="center"/>
            <w:shd w:fill="1F4E79"/>
          </w:tcPr>
          <w:p>
            <w:pPr>
              <w:jc w:val="left"/>
            </w:pPr>
            <w:r/>
            <w:r>
              <w:rPr>
                <w:b/>
                <w:color w:val="FFFFFF"/>
                <w:sz w:val="16"/>
              </w:rPr>
              <w:t>KPI</w:t>
            </w:r>
          </w:p>
        </w:tc>
        <w:tc>
          <w:tcPr>
            <w:tcW w:type="dxa" w:w="2015"/>
            <w:vAlign w:val="center"/>
            <w:shd w:fill="1F4E79"/>
          </w:tcPr>
          <w:p>
            <w:pPr>
              <w:jc w:val="left"/>
            </w:pPr>
            <w:r/>
            <w:r>
              <w:rPr>
                <w:b/>
                <w:color w:val="FFFFFF"/>
                <w:sz w:val="16"/>
              </w:rPr>
              <w:t>Current Month</w:t>
            </w:r>
          </w:p>
        </w:tc>
        <w:tc>
          <w:tcPr>
            <w:tcW w:type="dxa" w:w="2015"/>
            <w:vAlign w:val="center"/>
            <w:shd w:fill="1F4E79"/>
          </w:tcPr>
          <w:p>
            <w:pPr>
              <w:jc w:val="left"/>
            </w:pPr>
            <w:r/>
            <w:r>
              <w:rPr>
                <w:b/>
                <w:color w:val="FFFFFF"/>
                <w:sz w:val="16"/>
              </w:rPr>
              <w:t>Previous Month</w:t>
            </w:r>
          </w:p>
        </w:tc>
        <w:tc>
          <w:tcPr>
            <w:tcW w:type="dxa" w:w="1728"/>
            <w:vAlign w:val="center"/>
            <w:shd w:fill="1F4E79"/>
          </w:tcPr>
          <w:p>
            <w:pPr>
              <w:jc w:val="left"/>
            </w:pPr>
            <w:r/>
            <w:r>
              <w:rPr>
                <w:b/>
                <w:color w:val="FFFFFF"/>
                <w:sz w:val="16"/>
              </w:rPr>
              <w:t>MoM Change</w:t>
            </w:r>
          </w:p>
        </w:tc>
        <w:tc>
          <w:tcPr>
            <w:tcW w:type="dxa" w:w="1728"/>
            <w:vAlign w:val="center"/>
            <w:shd w:fill="1F4E79"/>
          </w:tcPr>
          <w:p>
            <w:pPr>
              <w:jc w:val="left"/>
            </w:pPr>
            <w:r/>
            <w:r>
              <w:rPr>
                <w:b/>
                <w:color w:val="FFFFFF"/>
                <w:sz w:val="16"/>
              </w:rPr>
              <w:t>YoY Change</w:t>
            </w:r>
          </w:p>
        </w:tc>
        <w:tc>
          <w:tcPr>
            <w:tcW w:type="dxa" w:w="4320"/>
            <w:vAlign w:val="center"/>
            <w:shd w:fill="1F4E79"/>
          </w:tcPr>
          <w:p>
            <w:pPr>
              <w:jc w:val="left"/>
            </w:pPr>
            <w:r/>
            <w:r>
              <w:rPr>
                <w:b/>
                <w:color w:val="FFFFFF"/>
                <w:sz w:val="16"/>
              </w:rPr>
              <w:t>Notes</w:t>
            </w:r>
          </w:p>
        </w:tc>
      </w:tr>
      <w:tr>
        <w:tc>
          <w:tcPr>
            <w:tcW w:type="dxa" w:w="2880"/>
            <w:vAlign w:val="center"/>
          </w:tcPr>
          <w:p>
            <w:pPr>
              <w:jc w:val="left"/>
            </w:pPr>
            <w:r/>
            <w:r>
              <w:rPr>
                <w:b w:val="0"/>
                <w:sz w:val="16"/>
              </w:rPr>
              <w:t>Organic Sessions</w:t>
            </w:r>
          </w:p>
        </w:tc>
        <w:tc>
          <w:tcPr>
            <w:tcW w:type="dxa" w:w="2015"/>
            <w:vAlign w:val="center"/>
          </w:tcPr>
          <w:p>
            <w:pPr>
              <w:jc w:val="left"/>
            </w:pPr>
            <w:r/>
            <w:r>
              <w:rPr>
                <w:b w:val="0"/>
                <w:sz w:val="16"/>
              </w:rPr>
              <w:t>[ ]</w:t>
            </w:r>
          </w:p>
        </w:tc>
        <w:tc>
          <w:tcPr>
            <w:tcW w:type="dxa" w:w="2015"/>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320"/>
            <w:vAlign w:val="center"/>
          </w:tcPr>
          <w:p>
            <w:pPr>
              <w:jc w:val="left"/>
            </w:pPr>
            <w:r/>
            <w:r>
              <w:rPr>
                <w:b w:val="0"/>
                <w:sz w:val="16"/>
              </w:rPr>
              <w:t>[Short explanation]</w:t>
            </w:r>
          </w:p>
        </w:tc>
      </w:tr>
      <w:tr>
        <w:tc>
          <w:tcPr>
            <w:tcW w:type="dxa" w:w="2880"/>
            <w:vAlign w:val="center"/>
            <w:shd w:fill="F2F2F2"/>
          </w:tcPr>
          <w:p>
            <w:pPr>
              <w:jc w:val="left"/>
            </w:pPr>
            <w:r/>
            <w:r>
              <w:rPr>
                <w:b w:val="0"/>
                <w:sz w:val="16"/>
              </w:rPr>
              <w:t>Organic Users</w:t>
            </w:r>
          </w:p>
        </w:tc>
        <w:tc>
          <w:tcPr>
            <w:tcW w:type="dxa" w:w="2015"/>
            <w:vAlign w:val="center"/>
            <w:shd w:fill="F2F2F2"/>
          </w:tcPr>
          <w:p>
            <w:pPr>
              <w:jc w:val="left"/>
            </w:pPr>
            <w:r/>
            <w:r>
              <w:rPr>
                <w:b w:val="0"/>
                <w:sz w:val="16"/>
              </w:rPr>
              <w:t>[ ]</w:t>
            </w:r>
          </w:p>
        </w:tc>
        <w:tc>
          <w:tcPr>
            <w:tcW w:type="dxa" w:w="2015"/>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320"/>
            <w:vAlign w:val="center"/>
            <w:shd w:fill="F2F2F2"/>
          </w:tcPr>
          <w:p>
            <w:pPr>
              <w:jc w:val="left"/>
            </w:pPr>
            <w:r/>
            <w:r>
              <w:rPr>
                <w:b w:val="0"/>
                <w:sz w:val="16"/>
              </w:rPr>
              <w:t>[Short explanation]</w:t>
            </w:r>
          </w:p>
        </w:tc>
      </w:tr>
      <w:tr>
        <w:tc>
          <w:tcPr>
            <w:tcW w:type="dxa" w:w="2880"/>
            <w:vAlign w:val="center"/>
          </w:tcPr>
          <w:p>
            <w:pPr>
              <w:jc w:val="left"/>
            </w:pPr>
            <w:r/>
            <w:r>
              <w:rPr>
                <w:b w:val="0"/>
                <w:sz w:val="16"/>
              </w:rPr>
              <w:t>GSC Clicks</w:t>
            </w:r>
          </w:p>
        </w:tc>
        <w:tc>
          <w:tcPr>
            <w:tcW w:type="dxa" w:w="2015"/>
            <w:vAlign w:val="center"/>
          </w:tcPr>
          <w:p>
            <w:pPr>
              <w:jc w:val="left"/>
            </w:pPr>
            <w:r/>
            <w:r>
              <w:rPr>
                <w:b w:val="0"/>
                <w:sz w:val="16"/>
              </w:rPr>
              <w:t>[ ]</w:t>
            </w:r>
          </w:p>
        </w:tc>
        <w:tc>
          <w:tcPr>
            <w:tcW w:type="dxa" w:w="2015"/>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320"/>
            <w:vAlign w:val="center"/>
          </w:tcPr>
          <w:p>
            <w:pPr>
              <w:jc w:val="left"/>
            </w:pPr>
            <w:r/>
            <w:r>
              <w:rPr>
                <w:b w:val="0"/>
                <w:sz w:val="16"/>
              </w:rPr>
              <w:t>[Short explanation]</w:t>
            </w:r>
          </w:p>
        </w:tc>
      </w:tr>
      <w:tr>
        <w:tc>
          <w:tcPr>
            <w:tcW w:type="dxa" w:w="2880"/>
            <w:vAlign w:val="center"/>
            <w:shd w:fill="F2F2F2"/>
          </w:tcPr>
          <w:p>
            <w:pPr>
              <w:jc w:val="left"/>
            </w:pPr>
            <w:r/>
            <w:r>
              <w:rPr>
                <w:b w:val="0"/>
                <w:sz w:val="16"/>
              </w:rPr>
              <w:t>GSC Impressions</w:t>
            </w:r>
          </w:p>
        </w:tc>
        <w:tc>
          <w:tcPr>
            <w:tcW w:type="dxa" w:w="2015"/>
            <w:vAlign w:val="center"/>
            <w:shd w:fill="F2F2F2"/>
          </w:tcPr>
          <w:p>
            <w:pPr>
              <w:jc w:val="left"/>
            </w:pPr>
            <w:r/>
            <w:r>
              <w:rPr>
                <w:b w:val="0"/>
                <w:sz w:val="16"/>
              </w:rPr>
              <w:t>[ ]</w:t>
            </w:r>
          </w:p>
        </w:tc>
        <w:tc>
          <w:tcPr>
            <w:tcW w:type="dxa" w:w="2015"/>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320"/>
            <w:vAlign w:val="center"/>
            <w:shd w:fill="F2F2F2"/>
          </w:tcPr>
          <w:p>
            <w:pPr>
              <w:jc w:val="left"/>
            </w:pPr>
            <w:r/>
            <w:r>
              <w:rPr>
                <w:b w:val="0"/>
                <w:sz w:val="16"/>
              </w:rPr>
              <w:t>[Short explanation]</w:t>
            </w:r>
          </w:p>
        </w:tc>
      </w:tr>
      <w:tr>
        <w:tc>
          <w:tcPr>
            <w:tcW w:type="dxa" w:w="2880"/>
            <w:vAlign w:val="center"/>
          </w:tcPr>
          <w:p>
            <w:pPr>
              <w:jc w:val="left"/>
            </w:pPr>
            <w:r/>
            <w:r>
              <w:rPr>
                <w:b w:val="0"/>
                <w:sz w:val="16"/>
              </w:rPr>
              <w:t>CTR</w:t>
            </w:r>
          </w:p>
        </w:tc>
        <w:tc>
          <w:tcPr>
            <w:tcW w:type="dxa" w:w="2015"/>
            <w:vAlign w:val="center"/>
          </w:tcPr>
          <w:p>
            <w:pPr>
              <w:jc w:val="left"/>
            </w:pPr>
            <w:r/>
            <w:r>
              <w:rPr>
                <w:b w:val="0"/>
                <w:sz w:val="16"/>
              </w:rPr>
              <w:t>[ ]</w:t>
            </w:r>
          </w:p>
        </w:tc>
        <w:tc>
          <w:tcPr>
            <w:tcW w:type="dxa" w:w="2015"/>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320"/>
            <w:vAlign w:val="center"/>
          </w:tcPr>
          <w:p>
            <w:pPr>
              <w:jc w:val="left"/>
            </w:pPr>
            <w:r/>
            <w:r>
              <w:rPr>
                <w:b w:val="0"/>
                <w:sz w:val="16"/>
              </w:rPr>
              <w:t>[Short explanation]</w:t>
            </w:r>
          </w:p>
        </w:tc>
      </w:tr>
      <w:tr>
        <w:tc>
          <w:tcPr>
            <w:tcW w:type="dxa" w:w="2880"/>
            <w:vAlign w:val="center"/>
            <w:shd w:fill="F2F2F2"/>
          </w:tcPr>
          <w:p>
            <w:pPr>
              <w:jc w:val="left"/>
            </w:pPr>
            <w:r/>
            <w:r>
              <w:rPr>
                <w:b w:val="0"/>
                <w:sz w:val="16"/>
              </w:rPr>
              <w:t>Average Position</w:t>
            </w:r>
          </w:p>
        </w:tc>
        <w:tc>
          <w:tcPr>
            <w:tcW w:type="dxa" w:w="2015"/>
            <w:vAlign w:val="center"/>
            <w:shd w:fill="F2F2F2"/>
          </w:tcPr>
          <w:p>
            <w:pPr>
              <w:jc w:val="left"/>
            </w:pPr>
            <w:r/>
            <w:r>
              <w:rPr>
                <w:b w:val="0"/>
                <w:sz w:val="16"/>
              </w:rPr>
              <w:t>[ ]</w:t>
            </w:r>
          </w:p>
        </w:tc>
        <w:tc>
          <w:tcPr>
            <w:tcW w:type="dxa" w:w="2015"/>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320"/>
            <w:vAlign w:val="center"/>
            <w:shd w:fill="F2F2F2"/>
          </w:tcPr>
          <w:p>
            <w:pPr>
              <w:jc w:val="left"/>
            </w:pPr>
            <w:r/>
            <w:r>
              <w:rPr>
                <w:b w:val="0"/>
                <w:sz w:val="16"/>
              </w:rPr>
              <w:t>[Short explanation]</w:t>
            </w:r>
          </w:p>
        </w:tc>
      </w:tr>
      <w:tr>
        <w:tc>
          <w:tcPr>
            <w:tcW w:type="dxa" w:w="2880"/>
            <w:vAlign w:val="center"/>
          </w:tcPr>
          <w:p>
            <w:pPr>
              <w:jc w:val="left"/>
            </w:pPr>
            <w:r/>
            <w:r>
              <w:rPr>
                <w:b w:val="0"/>
                <w:sz w:val="16"/>
              </w:rPr>
              <w:t>Organic Conversions</w:t>
            </w:r>
          </w:p>
        </w:tc>
        <w:tc>
          <w:tcPr>
            <w:tcW w:type="dxa" w:w="2015"/>
            <w:vAlign w:val="center"/>
          </w:tcPr>
          <w:p>
            <w:pPr>
              <w:jc w:val="left"/>
            </w:pPr>
            <w:r/>
            <w:r>
              <w:rPr>
                <w:b w:val="0"/>
                <w:sz w:val="16"/>
              </w:rPr>
              <w:t>[ ]</w:t>
            </w:r>
          </w:p>
        </w:tc>
        <w:tc>
          <w:tcPr>
            <w:tcW w:type="dxa" w:w="2015"/>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320"/>
            <w:vAlign w:val="center"/>
          </w:tcPr>
          <w:p>
            <w:pPr>
              <w:jc w:val="left"/>
            </w:pPr>
            <w:r/>
            <w:r>
              <w:rPr>
                <w:b w:val="0"/>
                <w:sz w:val="16"/>
              </w:rPr>
              <w:t>[Short explanation]</w:t>
            </w:r>
          </w:p>
        </w:tc>
      </w:tr>
      <w:tr>
        <w:tc>
          <w:tcPr>
            <w:tcW w:type="dxa" w:w="2880"/>
            <w:vAlign w:val="center"/>
            <w:shd w:fill="F2F2F2"/>
          </w:tcPr>
          <w:p>
            <w:pPr>
              <w:jc w:val="left"/>
            </w:pPr>
            <w:r/>
            <w:r>
              <w:rPr>
                <w:b w:val="0"/>
                <w:sz w:val="16"/>
              </w:rPr>
              <w:t>Organic Revenue / Lead Value</w:t>
            </w:r>
          </w:p>
        </w:tc>
        <w:tc>
          <w:tcPr>
            <w:tcW w:type="dxa" w:w="2015"/>
            <w:vAlign w:val="center"/>
            <w:shd w:fill="F2F2F2"/>
          </w:tcPr>
          <w:p>
            <w:pPr>
              <w:jc w:val="left"/>
            </w:pPr>
            <w:r/>
            <w:r>
              <w:rPr>
                <w:b w:val="0"/>
                <w:sz w:val="16"/>
              </w:rPr>
              <w:t>[ ]</w:t>
            </w:r>
          </w:p>
        </w:tc>
        <w:tc>
          <w:tcPr>
            <w:tcW w:type="dxa" w:w="2015"/>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320"/>
            <w:vAlign w:val="center"/>
            <w:shd w:fill="F2F2F2"/>
          </w:tcPr>
          <w:p>
            <w:pPr>
              <w:jc w:val="left"/>
            </w:pPr>
            <w:r/>
            <w:r>
              <w:rPr>
                <w:b w:val="0"/>
                <w:sz w:val="16"/>
              </w:rPr>
              <w:t>[Short explanation]</w:t>
            </w:r>
          </w:p>
        </w:tc>
      </w:tr>
      <w:tr>
        <w:tc>
          <w:tcPr>
            <w:tcW w:type="dxa" w:w="2880"/>
            <w:vAlign w:val="center"/>
          </w:tcPr>
          <w:p>
            <w:pPr>
              <w:jc w:val="left"/>
            </w:pPr>
            <w:r/>
            <w:r>
              <w:rPr>
                <w:b w:val="0"/>
                <w:sz w:val="16"/>
              </w:rPr>
              <w:t>New Referring Domains</w:t>
            </w:r>
          </w:p>
        </w:tc>
        <w:tc>
          <w:tcPr>
            <w:tcW w:type="dxa" w:w="2015"/>
            <w:vAlign w:val="center"/>
          </w:tcPr>
          <w:p>
            <w:pPr>
              <w:jc w:val="left"/>
            </w:pPr>
            <w:r/>
            <w:r>
              <w:rPr>
                <w:b w:val="0"/>
                <w:sz w:val="16"/>
              </w:rPr>
              <w:t>[ ]</w:t>
            </w:r>
          </w:p>
        </w:tc>
        <w:tc>
          <w:tcPr>
            <w:tcW w:type="dxa" w:w="2015"/>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320"/>
            <w:vAlign w:val="center"/>
          </w:tcPr>
          <w:p>
            <w:pPr>
              <w:jc w:val="left"/>
            </w:pPr>
            <w:r/>
            <w:r>
              <w:rPr>
                <w:b w:val="0"/>
                <w:sz w:val="16"/>
              </w:rPr>
              <w:t>[Short explanation]</w:t>
            </w:r>
          </w:p>
        </w:tc>
      </w:tr>
      <w:tr>
        <w:tc>
          <w:tcPr>
            <w:tcW w:type="dxa" w:w="2880"/>
            <w:vAlign w:val="center"/>
            <w:shd w:fill="F2F2F2"/>
          </w:tcPr>
          <w:p>
            <w:pPr>
              <w:jc w:val="left"/>
            </w:pPr>
            <w:r/>
            <w:r>
              <w:rPr>
                <w:b w:val="0"/>
                <w:sz w:val="16"/>
              </w:rPr>
              <w:t>Technical Issues Resolved</w:t>
            </w:r>
          </w:p>
        </w:tc>
        <w:tc>
          <w:tcPr>
            <w:tcW w:type="dxa" w:w="2015"/>
            <w:vAlign w:val="center"/>
            <w:shd w:fill="F2F2F2"/>
          </w:tcPr>
          <w:p>
            <w:pPr>
              <w:jc w:val="left"/>
            </w:pPr>
            <w:r/>
            <w:r>
              <w:rPr>
                <w:b w:val="0"/>
                <w:sz w:val="16"/>
              </w:rPr>
              <w:t>[ ]</w:t>
            </w:r>
          </w:p>
        </w:tc>
        <w:tc>
          <w:tcPr>
            <w:tcW w:type="dxa" w:w="2015"/>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320"/>
            <w:vAlign w:val="center"/>
            <w:shd w:fill="F2F2F2"/>
          </w:tcPr>
          <w:p>
            <w:pPr>
              <w:jc w:val="left"/>
            </w:pPr>
            <w:r/>
            <w:r>
              <w:rPr>
                <w:b w:val="0"/>
                <w:sz w:val="16"/>
              </w:rPr>
              <w:t>[Short explanation]</w:t>
            </w:r>
          </w:p>
        </w:tc>
      </w:tr>
    </w:tbl>
    <w:p/>
    <w:p>
      <w:pPr>
        <w:pStyle w:val="Heading1"/>
      </w:pPr>
      <w:r>
        <w:rPr>
          <w:rFonts w:ascii="Arial" w:hAnsi="Arial" w:eastAsia="Arial"/>
          <w:color w:val="1F4E79"/>
        </w:rPr>
        <w:t>3. Organic Traffic Overview</w:t>
      </w:r>
    </w:p>
    <w:p>
      <w:r>
        <w:rPr>
          <w:rFonts w:ascii="Arial" w:hAnsi="Arial" w:eastAsia="Arial"/>
          <w:sz w:val="20"/>
        </w:rPr>
        <w:t>Main Insight: [Explain the most important traffic trend.]</w:t>
      </w:r>
    </w:p>
    <w:p>
      <w:r>
        <w:rPr>
          <w:rFonts w:ascii="Arial" w:hAnsi="Arial" w:eastAsia="Arial"/>
          <w:sz w:val="20"/>
        </w:rPr>
        <w:t>Traffic Drivers: [Which pages, keywords, campaigns, or updates helped performance?]</w:t>
      </w:r>
    </w:p>
    <w:p>
      <w:r>
        <w:rPr>
          <w:rFonts w:ascii="Arial" w:hAnsi="Arial" w:eastAsia="Arial"/>
          <w:sz w:val="20"/>
        </w:rPr>
        <w:t>Traffic Losses: [Which pages or query groups declined?]</w:t>
      </w:r>
    </w:p>
    <w:p>
      <w:r>
        <w:rPr>
          <w:rFonts w:ascii="Arial" w:hAnsi="Arial" w:eastAsia="Arial"/>
          <w:sz w:val="20"/>
        </w:rPr>
        <w:t>Seasonality / Context: [Mention holidays, industry trends, algorithm updates, or campaign effects.]</w:t>
      </w:r>
    </w:p>
    <w:tbl>
      <w:tblPr>
        <w:tblStyle w:val="TableGrid"/>
        <w:tblW w:type="auto" w:w="0"/>
        <w:jc w:val="center"/>
        <w:tblLook w:firstColumn="1" w:firstRow="1" w:lastColumn="0" w:lastRow="0" w:noHBand="0" w:noVBand="1" w:val="04A0"/>
      </w:tblPr>
      <w:tblGrid>
        <w:gridCol w:w="2542"/>
        <w:gridCol w:w="2542"/>
        <w:gridCol w:w="2542"/>
        <w:gridCol w:w="2542"/>
        <w:gridCol w:w="2542"/>
        <w:gridCol w:w="2542"/>
      </w:tblGrid>
      <w:tr>
        <w:trPr>
          <w:tblHeader w:val="true"/>
        </w:trPr>
        <w:tc>
          <w:tcPr>
            <w:tcW w:type="dxa" w:w="2880"/>
            <w:vAlign w:val="center"/>
            <w:shd w:fill="1F4E79"/>
          </w:tcPr>
          <w:p>
            <w:pPr>
              <w:jc w:val="left"/>
            </w:pPr>
            <w:r/>
            <w:r>
              <w:rPr>
                <w:b/>
                <w:color w:val="FFFFFF"/>
                <w:sz w:val="16"/>
              </w:rPr>
              <w:t>Metric</w:t>
            </w:r>
          </w:p>
        </w:tc>
        <w:tc>
          <w:tcPr>
            <w:tcW w:type="dxa" w:w="1728"/>
            <w:vAlign w:val="center"/>
            <w:shd w:fill="1F4E79"/>
          </w:tcPr>
          <w:p>
            <w:pPr>
              <w:jc w:val="left"/>
            </w:pPr>
            <w:r/>
            <w:r>
              <w:rPr>
                <w:b/>
                <w:color w:val="FFFFFF"/>
                <w:sz w:val="16"/>
              </w:rPr>
              <w:t>Current</w:t>
            </w:r>
          </w:p>
        </w:tc>
        <w:tc>
          <w:tcPr>
            <w:tcW w:type="dxa" w:w="1728"/>
            <w:vAlign w:val="center"/>
            <w:shd w:fill="1F4E79"/>
          </w:tcPr>
          <w:p>
            <w:pPr>
              <w:jc w:val="left"/>
            </w:pPr>
            <w:r/>
            <w:r>
              <w:rPr>
                <w:b/>
                <w:color w:val="FFFFFF"/>
                <w:sz w:val="16"/>
              </w:rPr>
              <w:t>Previous</w:t>
            </w:r>
          </w:p>
        </w:tc>
        <w:tc>
          <w:tcPr>
            <w:tcW w:type="dxa" w:w="1728"/>
            <w:vAlign w:val="center"/>
            <w:shd w:fill="1F4E79"/>
          </w:tcPr>
          <w:p>
            <w:pPr>
              <w:jc w:val="left"/>
            </w:pPr>
            <w:r/>
            <w:r>
              <w:rPr>
                <w:b/>
                <w:color w:val="FFFFFF"/>
                <w:sz w:val="16"/>
              </w:rPr>
              <w:t>MoM Change</w:t>
            </w:r>
          </w:p>
        </w:tc>
        <w:tc>
          <w:tcPr>
            <w:tcW w:type="dxa" w:w="1728"/>
            <w:vAlign w:val="center"/>
            <w:shd w:fill="1F4E79"/>
          </w:tcPr>
          <w:p>
            <w:pPr>
              <w:jc w:val="left"/>
            </w:pPr>
            <w:r/>
            <w:r>
              <w:rPr>
                <w:b/>
                <w:color w:val="FFFFFF"/>
                <w:sz w:val="16"/>
              </w:rPr>
              <w:t>YoY Change</w:t>
            </w:r>
          </w:p>
        </w:tc>
        <w:tc>
          <w:tcPr>
            <w:tcW w:type="dxa" w:w="4896"/>
            <w:vAlign w:val="center"/>
            <w:shd w:fill="1F4E79"/>
          </w:tcPr>
          <w:p>
            <w:pPr>
              <w:jc w:val="left"/>
            </w:pPr>
            <w:r/>
            <w:r>
              <w:rPr>
                <w:b/>
                <w:color w:val="FFFFFF"/>
                <w:sz w:val="16"/>
              </w:rPr>
              <w:t>Commentary</w:t>
            </w:r>
          </w:p>
        </w:tc>
      </w:tr>
      <w:tr>
        <w:tc>
          <w:tcPr>
            <w:tcW w:type="dxa" w:w="2880"/>
            <w:vAlign w:val="center"/>
          </w:tcPr>
          <w:p>
            <w:pPr>
              <w:jc w:val="left"/>
            </w:pPr>
            <w:r/>
            <w:r>
              <w:rPr>
                <w:b w:val="0"/>
                <w:sz w:val="16"/>
              </w:rPr>
              <w:t>Organic Sessions</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896"/>
            <w:vAlign w:val="center"/>
          </w:tcPr>
          <w:p>
            <w:pPr>
              <w:jc w:val="left"/>
            </w:pPr>
            <w:r/>
            <w:r>
              <w:rPr>
                <w:b w:val="0"/>
                <w:sz w:val="16"/>
              </w:rPr>
              <w:t>[ ]</w:t>
            </w:r>
          </w:p>
        </w:tc>
      </w:tr>
      <w:tr>
        <w:tc>
          <w:tcPr>
            <w:tcW w:type="dxa" w:w="2880"/>
            <w:vAlign w:val="center"/>
            <w:shd w:fill="F2F2F2"/>
          </w:tcPr>
          <w:p>
            <w:pPr>
              <w:jc w:val="left"/>
            </w:pPr>
            <w:r/>
            <w:r>
              <w:rPr>
                <w:b w:val="0"/>
                <w:sz w:val="16"/>
              </w:rPr>
              <w:t>Organic Users</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896"/>
            <w:vAlign w:val="center"/>
            <w:shd w:fill="F2F2F2"/>
          </w:tcPr>
          <w:p>
            <w:pPr>
              <w:jc w:val="left"/>
            </w:pPr>
            <w:r/>
            <w:r>
              <w:rPr>
                <w:b w:val="0"/>
                <w:sz w:val="16"/>
              </w:rPr>
              <w:t>[ ]</w:t>
            </w:r>
          </w:p>
        </w:tc>
      </w:tr>
      <w:tr>
        <w:tc>
          <w:tcPr>
            <w:tcW w:type="dxa" w:w="2880"/>
            <w:vAlign w:val="center"/>
          </w:tcPr>
          <w:p>
            <w:pPr>
              <w:jc w:val="left"/>
            </w:pPr>
            <w:r/>
            <w:r>
              <w:rPr>
                <w:b w:val="0"/>
                <w:sz w:val="16"/>
              </w:rPr>
              <w:t>New Organic Users</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896"/>
            <w:vAlign w:val="center"/>
          </w:tcPr>
          <w:p>
            <w:pPr>
              <w:jc w:val="left"/>
            </w:pPr>
            <w:r/>
            <w:r>
              <w:rPr>
                <w:b w:val="0"/>
                <w:sz w:val="16"/>
              </w:rPr>
              <w:t>[ ]</w:t>
            </w:r>
          </w:p>
        </w:tc>
      </w:tr>
      <w:tr>
        <w:tc>
          <w:tcPr>
            <w:tcW w:type="dxa" w:w="2880"/>
            <w:vAlign w:val="center"/>
            <w:shd w:fill="F2F2F2"/>
          </w:tcPr>
          <w:p>
            <w:pPr>
              <w:jc w:val="left"/>
            </w:pPr>
            <w:r/>
            <w:r>
              <w:rPr>
                <w:b w:val="0"/>
                <w:sz w:val="16"/>
              </w:rPr>
              <w:t>Engagement Rate</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896"/>
            <w:vAlign w:val="center"/>
            <w:shd w:fill="F2F2F2"/>
          </w:tcPr>
          <w:p>
            <w:pPr>
              <w:jc w:val="left"/>
            </w:pPr>
            <w:r/>
            <w:r>
              <w:rPr>
                <w:b w:val="0"/>
                <w:sz w:val="16"/>
              </w:rPr>
              <w:t>[ ]</w:t>
            </w:r>
          </w:p>
        </w:tc>
      </w:tr>
      <w:tr>
        <w:tc>
          <w:tcPr>
            <w:tcW w:type="dxa" w:w="2880"/>
            <w:vAlign w:val="center"/>
          </w:tcPr>
          <w:p>
            <w:pPr>
              <w:jc w:val="left"/>
            </w:pPr>
            <w:r/>
            <w:r>
              <w:rPr>
                <w:b w:val="0"/>
                <w:sz w:val="16"/>
              </w:rPr>
              <w:t>Avg. Engagement Time</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1728"/>
            <w:vAlign w:val="center"/>
          </w:tcPr>
          <w:p>
            <w:pPr>
              <w:jc w:val="left"/>
            </w:pPr>
            <w:r/>
            <w:r>
              <w:rPr>
                <w:b w:val="0"/>
                <w:sz w:val="16"/>
              </w:rPr>
              <w:t>[ ]</w:t>
            </w:r>
          </w:p>
        </w:tc>
        <w:tc>
          <w:tcPr>
            <w:tcW w:type="dxa" w:w="4896"/>
            <w:vAlign w:val="center"/>
          </w:tcPr>
          <w:p>
            <w:pPr>
              <w:jc w:val="left"/>
            </w:pPr>
            <w:r/>
            <w:r>
              <w:rPr>
                <w:b w:val="0"/>
                <w:sz w:val="16"/>
              </w:rPr>
              <w:t>[ ]</w:t>
            </w:r>
          </w:p>
        </w:tc>
      </w:tr>
      <w:tr>
        <w:tc>
          <w:tcPr>
            <w:tcW w:type="dxa" w:w="2880"/>
            <w:vAlign w:val="center"/>
            <w:shd w:fill="F2F2F2"/>
          </w:tcPr>
          <w:p>
            <w:pPr>
              <w:jc w:val="left"/>
            </w:pPr>
            <w:r/>
            <w:r>
              <w:rPr>
                <w:b w:val="0"/>
                <w:sz w:val="16"/>
              </w:rPr>
              <w:t>Organic Conversions</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4896"/>
            <w:vAlign w:val="center"/>
            <w:shd w:fill="F2F2F2"/>
          </w:tcPr>
          <w:p>
            <w:pPr>
              <w:jc w:val="left"/>
            </w:pPr>
            <w:r/>
            <w:r>
              <w:rPr>
                <w:b w:val="0"/>
                <w:sz w:val="16"/>
              </w:rPr>
              <w:t>[ ]</w:t>
            </w:r>
          </w:p>
        </w:tc>
      </w:tr>
    </w:tbl>
    <w:p/>
    <w:p>
      <w:pPr>
        <w:pStyle w:val="Heading1"/>
      </w:pPr>
      <w:r>
        <w:rPr>
          <w:rFonts w:ascii="Arial" w:hAnsi="Arial" w:eastAsia="Arial"/>
          <w:color w:val="1F4E79"/>
        </w:rPr>
        <w:t>4. Google Search Console Performance</w:t>
      </w:r>
    </w:p>
    <w:p>
      <w:r>
        <w:rPr>
          <w:rFonts w:ascii="Arial" w:hAnsi="Arial" w:eastAsia="Arial"/>
          <w:sz w:val="20"/>
        </w:rPr>
        <w:t>Search Visibility Insight: [Explain whether impressions, clicks, CTR, and positions improved or declined.]</w:t>
      </w:r>
    </w:p>
    <w:p>
      <w:r>
        <w:rPr>
          <w:rFonts w:ascii="Arial" w:hAnsi="Arial" w:eastAsia="Arial"/>
          <w:sz w:val="20"/>
        </w:rPr>
        <w:t>CTR Opportunities: [List high-impression pages or queries with low CTR.]</w:t>
      </w:r>
    </w:p>
    <w:tbl>
      <w:tblPr>
        <w:tblStyle w:val="TableGrid"/>
        <w:tblW w:type="auto" w:w="0"/>
        <w:jc w:val="center"/>
        <w:tblLook w:firstColumn="1" w:firstRow="1" w:lastColumn="0" w:lastRow="0" w:noHBand="0" w:noVBand="1" w:val="04A0"/>
      </w:tblPr>
      <w:tblGrid>
        <w:gridCol w:w="2542"/>
        <w:gridCol w:w="2542"/>
        <w:gridCol w:w="2542"/>
        <w:gridCol w:w="2542"/>
        <w:gridCol w:w="2542"/>
        <w:gridCol w:w="2542"/>
      </w:tblGrid>
      <w:tr>
        <w:trPr>
          <w:tblHeader w:val="true"/>
        </w:trPr>
        <w:tc>
          <w:tcPr>
            <w:tcW w:type="dxa" w:w="3456"/>
            <w:vAlign w:val="center"/>
            <w:shd w:fill="1F4E79"/>
          </w:tcPr>
          <w:p>
            <w:pPr>
              <w:jc w:val="left"/>
            </w:pPr>
            <w:r/>
            <w:r>
              <w:rPr>
                <w:b/>
                <w:color w:val="FFFFFF"/>
                <w:sz w:val="16"/>
              </w:rPr>
              <w:t>Query / Page</w:t>
            </w:r>
          </w:p>
        </w:tc>
        <w:tc>
          <w:tcPr>
            <w:tcW w:type="dxa" w:w="1440"/>
            <w:vAlign w:val="center"/>
            <w:shd w:fill="1F4E79"/>
          </w:tcPr>
          <w:p>
            <w:pPr>
              <w:jc w:val="left"/>
            </w:pPr>
            <w:r/>
            <w:r>
              <w:rPr>
                <w:b/>
                <w:color w:val="FFFFFF"/>
                <w:sz w:val="16"/>
              </w:rPr>
              <w:t>Clicks</w:t>
            </w:r>
          </w:p>
        </w:tc>
        <w:tc>
          <w:tcPr>
            <w:tcW w:type="dxa" w:w="1728"/>
            <w:vAlign w:val="center"/>
            <w:shd w:fill="1F4E79"/>
          </w:tcPr>
          <w:p>
            <w:pPr>
              <w:jc w:val="left"/>
            </w:pPr>
            <w:r/>
            <w:r>
              <w:rPr>
                <w:b/>
                <w:color w:val="FFFFFF"/>
                <w:sz w:val="16"/>
              </w:rPr>
              <w:t>Impressions</w:t>
            </w:r>
          </w:p>
        </w:tc>
        <w:tc>
          <w:tcPr>
            <w:tcW w:type="dxa" w:w="1296"/>
            <w:vAlign w:val="center"/>
            <w:shd w:fill="1F4E79"/>
          </w:tcPr>
          <w:p>
            <w:pPr>
              <w:jc w:val="left"/>
            </w:pPr>
            <w:r/>
            <w:r>
              <w:rPr>
                <w:b/>
                <w:color w:val="FFFFFF"/>
                <w:sz w:val="16"/>
              </w:rPr>
              <w:t>CTR</w:t>
            </w:r>
          </w:p>
        </w:tc>
        <w:tc>
          <w:tcPr>
            <w:tcW w:type="dxa" w:w="1728"/>
            <w:vAlign w:val="center"/>
            <w:shd w:fill="1F4E79"/>
          </w:tcPr>
          <w:p>
            <w:pPr>
              <w:jc w:val="left"/>
            </w:pPr>
            <w:r/>
            <w:r>
              <w:rPr>
                <w:b/>
                <w:color w:val="FFFFFF"/>
                <w:sz w:val="16"/>
              </w:rPr>
              <w:t>Avg. Position</w:t>
            </w:r>
          </w:p>
        </w:tc>
        <w:tc>
          <w:tcPr>
            <w:tcW w:type="dxa" w:w="5040"/>
            <w:vAlign w:val="center"/>
            <w:shd w:fill="1F4E79"/>
          </w:tcPr>
          <w:p>
            <w:pPr>
              <w:jc w:val="left"/>
            </w:pPr>
            <w:r/>
            <w:r>
              <w:rPr>
                <w:b/>
                <w:color w:val="FFFFFF"/>
                <w:sz w:val="16"/>
              </w:rPr>
              <w:t>Insight / Action</w:t>
            </w:r>
          </w:p>
        </w:tc>
      </w:tr>
      <w:tr>
        <w:tc>
          <w:tcPr>
            <w:tcW w:type="dxa" w:w="3456"/>
            <w:vAlign w:val="center"/>
          </w:tcPr>
          <w:p>
            <w:pPr>
              <w:jc w:val="left"/>
            </w:pPr>
            <w:r/>
            <w:r>
              <w:rPr>
                <w:b w:val="0"/>
                <w:sz w:val="16"/>
              </w:rPr>
              <w:t>[Query or Page]</w:t>
            </w:r>
          </w:p>
        </w:tc>
        <w:tc>
          <w:tcPr>
            <w:tcW w:type="dxa" w:w="1440"/>
            <w:vAlign w:val="center"/>
          </w:tcPr>
          <w:p>
            <w:pPr>
              <w:jc w:val="left"/>
            </w:pPr>
            <w:r/>
            <w:r>
              <w:rPr>
                <w:b w:val="0"/>
                <w:sz w:val="16"/>
              </w:rPr>
              <w:t>[Clicks]</w:t>
            </w:r>
          </w:p>
        </w:tc>
        <w:tc>
          <w:tcPr>
            <w:tcW w:type="dxa" w:w="1728"/>
            <w:vAlign w:val="center"/>
          </w:tcPr>
          <w:p>
            <w:pPr>
              <w:jc w:val="left"/>
            </w:pPr>
            <w:r/>
            <w:r>
              <w:rPr>
                <w:b w:val="0"/>
                <w:sz w:val="16"/>
              </w:rPr>
              <w:t>[Impressions]</w:t>
            </w:r>
          </w:p>
        </w:tc>
        <w:tc>
          <w:tcPr>
            <w:tcW w:type="dxa" w:w="1296"/>
            <w:vAlign w:val="center"/>
          </w:tcPr>
          <w:p>
            <w:pPr>
              <w:jc w:val="left"/>
            </w:pPr>
            <w:r/>
            <w:r>
              <w:rPr>
                <w:b w:val="0"/>
                <w:sz w:val="16"/>
              </w:rPr>
              <w:t>[CTR]</w:t>
            </w:r>
          </w:p>
        </w:tc>
        <w:tc>
          <w:tcPr>
            <w:tcW w:type="dxa" w:w="1728"/>
            <w:vAlign w:val="center"/>
          </w:tcPr>
          <w:p>
            <w:pPr>
              <w:jc w:val="left"/>
            </w:pPr>
            <w:r/>
            <w:r>
              <w:rPr>
                <w:b w:val="0"/>
                <w:sz w:val="16"/>
              </w:rPr>
              <w:t>[Avg. Position]</w:t>
            </w:r>
          </w:p>
        </w:tc>
        <w:tc>
          <w:tcPr>
            <w:tcW w:type="dxa" w:w="5040"/>
            <w:vAlign w:val="center"/>
          </w:tcPr>
          <w:p>
            <w:pPr>
              <w:jc w:val="left"/>
            </w:pPr>
            <w:r/>
            <w:r>
              <w:rPr>
                <w:b w:val="0"/>
                <w:sz w:val="16"/>
              </w:rPr>
              <w:t>[Action / Insight]</w:t>
            </w:r>
          </w:p>
        </w:tc>
      </w:tr>
      <w:tr>
        <w:tc>
          <w:tcPr>
            <w:tcW w:type="dxa" w:w="3456"/>
            <w:vAlign w:val="center"/>
            <w:shd w:fill="F2F2F2"/>
          </w:tcPr>
          <w:p>
            <w:pPr>
              <w:jc w:val="left"/>
            </w:pPr>
            <w:r/>
            <w:r>
              <w:rPr>
                <w:b w:val="0"/>
                <w:sz w:val="16"/>
              </w:rPr>
              <w:t>[Query or Page]</w:t>
            </w:r>
          </w:p>
        </w:tc>
        <w:tc>
          <w:tcPr>
            <w:tcW w:type="dxa" w:w="1440"/>
            <w:vAlign w:val="center"/>
            <w:shd w:fill="F2F2F2"/>
          </w:tcPr>
          <w:p>
            <w:pPr>
              <w:jc w:val="left"/>
            </w:pPr>
            <w:r/>
            <w:r>
              <w:rPr>
                <w:b w:val="0"/>
                <w:sz w:val="16"/>
              </w:rPr>
              <w:t>[Clicks]</w:t>
            </w:r>
          </w:p>
        </w:tc>
        <w:tc>
          <w:tcPr>
            <w:tcW w:type="dxa" w:w="1728"/>
            <w:vAlign w:val="center"/>
            <w:shd w:fill="F2F2F2"/>
          </w:tcPr>
          <w:p>
            <w:pPr>
              <w:jc w:val="left"/>
            </w:pPr>
            <w:r/>
            <w:r>
              <w:rPr>
                <w:b w:val="0"/>
                <w:sz w:val="16"/>
              </w:rPr>
              <w:t>[Impressions]</w:t>
            </w:r>
          </w:p>
        </w:tc>
        <w:tc>
          <w:tcPr>
            <w:tcW w:type="dxa" w:w="1296"/>
            <w:vAlign w:val="center"/>
            <w:shd w:fill="F2F2F2"/>
          </w:tcPr>
          <w:p>
            <w:pPr>
              <w:jc w:val="left"/>
            </w:pPr>
            <w:r/>
            <w:r>
              <w:rPr>
                <w:b w:val="0"/>
                <w:sz w:val="16"/>
              </w:rPr>
              <w:t>[CTR]</w:t>
            </w:r>
          </w:p>
        </w:tc>
        <w:tc>
          <w:tcPr>
            <w:tcW w:type="dxa" w:w="1728"/>
            <w:vAlign w:val="center"/>
            <w:shd w:fill="F2F2F2"/>
          </w:tcPr>
          <w:p>
            <w:pPr>
              <w:jc w:val="left"/>
            </w:pPr>
            <w:r/>
            <w:r>
              <w:rPr>
                <w:b w:val="0"/>
                <w:sz w:val="16"/>
              </w:rPr>
              <w:t>[Avg. Position]</w:t>
            </w:r>
          </w:p>
        </w:tc>
        <w:tc>
          <w:tcPr>
            <w:tcW w:type="dxa" w:w="5040"/>
            <w:vAlign w:val="center"/>
            <w:shd w:fill="F2F2F2"/>
          </w:tcPr>
          <w:p>
            <w:pPr>
              <w:jc w:val="left"/>
            </w:pPr>
            <w:r/>
            <w:r>
              <w:rPr>
                <w:b w:val="0"/>
                <w:sz w:val="16"/>
              </w:rPr>
              <w:t>[Action / Insight]</w:t>
            </w:r>
          </w:p>
        </w:tc>
      </w:tr>
      <w:tr>
        <w:tc>
          <w:tcPr>
            <w:tcW w:type="dxa" w:w="3456"/>
            <w:vAlign w:val="center"/>
          </w:tcPr>
          <w:p>
            <w:pPr>
              <w:jc w:val="left"/>
            </w:pPr>
            <w:r/>
            <w:r>
              <w:rPr>
                <w:b w:val="0"/>
                <w:sz w:val="16"/>
              </w:rPr>
              <w:t>[Query or Page]</w:t>
            </w:r>
          </w:p>
        </w:tc>
        <w:tc>
          <w:tcPr>
            <w:tcW w:type="dxa" w:w="1440"/>
            <w:vAlign w:val="center"/>
          </w:tcPr>
          <w:p>
            <w:pPr>
              <w:jc w:val="left"/>
            </w:pPr>
            <w:r/>
            <w:r>
              <w:rPr>
                <w:b w:val="0"/>
                <w:sz w:val="16"/>
              </w:rPr>
              <w:t>[Clicks]</w:t>
            </w:r>
          </w:p>
        </w:tc>
        <w:tc>
          <w:tcPr>
            <w:tcW w:type="dxa" w:w="1728"/>
            <w:vAlign w:val="center"/>
          </w:tcPr>
          <w:p>
            <w:pPr>
              <w:jc w:val="left"/>
            </w:pPr>
            <w:r/>
            <w:r>
              <w:rPr>
                <w:b w:val="0"/>
                <w:sz w:val="16"/>
              </w:rPr>
              <w:t>[Impressions]</w:t>
            </w:r>
          </w:p>
        </w:tc>
        <w:tc>
          <w:tcPr>
            <w:tcW w:type="dxa" w:w="1296"/>
            <w:vAlign w:val="center"/>
          </w:tcPr>
          <w:p>
            <w:pPr>
              <w:jc w:val="left"/>
            </w:pPr>
            <w:r/>
            <w:r>
              <w:rPr>
                <w:b w:val="0"/>
                <w:sz w:val="16"/>
              </w:rPr>
              <w:t>[CTR]</w:t>
            </w:r>
          </w:p>
        </w:tc>
        <w:tc>
          <w:tcPr>
            <w:tcW w:type="dxa" w:w="1728"/>
            <w:vAlign w:val="center"/>
          </w:tcPr>
          <w:p>
            <w:pPr>
              <w:jc w:val="left"/>
            </w:pPr>
            <w:r/>
            <w:r>
              <w:rPr>
                <w:b w:val="0"/>
                <w:sz w:val="16"/>
              </w:rPr>
              <w:t>[Avg. Position]</w:t>
            </w:r>
          </w:p>
        </w:tc>
        <w:tc>
          <w:tcPr>
            <w:tcW w:type="dxa" w:w="5040"/>
            <w:vAlign w:val="center"/>
          </w:tcPr>
          <w:p>
            <w:pPr>
              <w:jc w:val="left"/>
            </w:pPr>
            <w:r/>
            <w:r>
              <w:rPr>
                <w:b w:val="0"/>
                <w:sz w:val="16"/>
              </w:rPr>
              <w:t>[Action / Insight]</w:t>
            </w:r>
          </w:p>
        </w:tc>
      </w:tr>
      <w:tr>
        <w:tc>
          <w:tcPr>
            <w:tcW w:type="dxa" w:w="3456"/>
            <w:vAlign w:val="center"/>
            <w:shd w:fill="F2F2F2"/>
          </w:tcPr>
          <w:p>
            <w:pPr>
              <w:jc w:val="left"/>
            </w:pPr>
            <w:r/>
            <w:r>
              <w:rPr>
                <w:b w:val="0"/>
                <w:sz w:val="16"/>
              </w:rPr>
              <w:t>[Query or Page]</w:t>
            </w:r>
          </w:p>
        </w:tc>
        <w:tc>
          <w:tcPr>
            <w:tcW w:type="dxa" w:w="1440"/>
            <w:vAlign w:val="center"/>
            <w:shd w:fill="F2F2F2"/>
          </w:tcPr>
          <w:p>
            <w:pPr>
              <w:jc w:val="left"/>
            </w:pPr>
            <w:r/>
            <w:r>
              <w:rPr>
                <w:b w:val="0"/>
                <w:sz w:val="16"/>
              </w:rPr>
              <w:t>[Clicks]</w:t>
            </w:r>
          </w:p>
        </w:tc>
        <w:tc>
          <w:tcPr>
            <w:tcW w:type="dxa" w:w="1728"/>
            <w:vAlign w:val="center"/>
            <w:shd w:fill="F2F2F2"/>
          </w:tcPr>
          <w:p>
            <w:pPr>
              <w:jc w:val="left"/>
            </w:pPr>
            <w:r/>
            <w:r>
              <w:rPr>
                <w:b w:val="0"/>
                <w:sz w:val="16"/>
              </w:rPr>
              <w:t>[Impressions]</w:t>
            </w:r>
          </w:p>
        </w:tc>
        <w:tc>
          <w:tcPr>
            <w:tcW w:type="dxa" w:w="1296"/>
            <w:vAlign w:val="center"/>
            <w:shd w:fill="F2F2F2"/>
          </w:tcPr>
          <w:p>
            <w:pPr>
              <w:jc w:val="left"/>
            </w:pPr>
            <w:r/>
            <w:r>
              <w:rPr>
                <w:b w:val="0"/>
                <w:sz w:val="16"/>
              </w:rPr>
              <w:t>[CTR]</w:t>
            </w:r>
          </w:p>
        </w:tc>
        <w:tc>
          <w:tcPr>
            <w:tcW w:type="dxa" w:w="1728"/>
            <w:vAlign w:val="center"/>
            <w:shd w:fill="F2F2F2"/>
          </w:tcPr>
          <w:p>
            <w:pPr>
              <w:jc w:val="left"/>
            </w:pPr>
            <w:r/>
            <w:r>
              <w:rPr>
                <w:b w:val="0"/>
                <w:sz w:val="16"/>
              </w:rPr>
              <w:t>[Avg. Position]</w:t>
            </w:r>
          </w:p>
        </w:tc>
        <w:tc>
          <w:tcPr>
            <w:tcW w:type="dxa" w:w="5040"/>
            <w:vAlign w:val="center"/>
            <w:shd w:fill="F2F2F2"/>
          </w:tcPr>
          <w:p>
            <w:pPr>
              <w:jc w:val="left"/>
            </w:pPr>
            <w:r/>
            <w:r>
              <w:rPr>
                <w:b w:val="0"/>
                <w:sz w:val="16"/>
              </w:rPr>
              <w:t>[Action / Insight]</w:t>
            </w:r>
          </w:p>
        </w:tc>
      </w:tr>
    </w:tbl>
    <w:p/>
    <w:p>
      <w:pPr>
        <w:pStyle w:val="Heading1"/>
      </w:pPr>
      <w:r>
        <w:rPr>
          <w:rFonts w:ascii="Arial" w:hAnsi="Arial" w:eastAsia="Arial"/>
          <w:color w:val="1F4E79"/>
        </w:rPr>
        <w:t>5. Keyword Rankings Summary</w:t>
      </w:r>
    </w:p>
    <w:p>
      <w:r>
        <w:rPr>
          <w:rFonts w:ascii="Arial" w:hAnsi="Arial" w:eastAsia="Arial"/>
          <w:sz w:val="20"/>
        </w:rPr>
        <w:t>Ranking Summary: [Explain major keyword movements by topic, intent, or location.]</w:t>
      </w:r>
    </w:p>
    <w:p>
      <w:r>
        <w:rPr>
          <w:rFonts w:ascii="Arial" w:hAnsi="Arial" w:eastAsia="Arial"/>
          <w:sz w:val="20"/>
        </w:rPr>
        <w:t>Opportunities: [List keywords close to page one or close to top 3.]</w:t>
      </w:r>
    </w:p>
    <w:tbl>
      <w:tblPr>
        <w:tblStyle w:val="TableGrid"/>
        <w:tblW w:type="auto" w:w="0"/>
        <w:jc w:val="center"/>
        <w:tblLook w:firstColumn="1" w:firstRow="1" w:lastColumn="0" w:lastRow="0" w:noHBand="0" w:noVBand="1" w:val="04A0"/>
      </w:tblPr>
      <w:tblGrid>
        <w:gridCol w:w="2179"/>
        <w:gridCol w:w="2179"/>
        <w:gridCol w:w="2179"/>
        <w:gridCol w:w="2179"/>
        <w:gridCol w:w="2179"/>
        <w:gridCol w:w="2179"/>
        <w:gridCol w:w="2179"/>
      </w:tblGrid>
      <w:tr>
        <w:trPr>
          <w:tblHeader w:val="true"/>
        </w:trPr>
        <w:tc>
          <w:tcPr>
            <w:tcW w:type="dxa" w:w="2592"/>
            <w:vAlign w:val="center"/>
            <w:shd w:fill="1F4E79"/>
          </w:tcPr>
          <w:p>
            <w:pPr>
              <w:jc w:val="left"/>
            </w:pPr>
            <w:r/>
            <w:r>
              <w:rPr>
                <w:b/>
                <w:color w:val="FFFFFF"/>
                <w:sz w:val="15"/>
              </w:rPr>
              <w:t>Keyword</w:t>
            </w:r>
          </w:p>
        </w:tc>
        <w:tc>
          <w:tcPr>
            <w:tcW w:type="dxa" w:w="1440"/>
            <w:vAlign w:val="center"/>
            <w:shd w:fill="1F4E79"/>
          </w:tcPr>
          <w:p>
            <w:pPr>
              <w:jc w:val="left"/>
            </w:pPr>
            <w:r/>
            <w:r>
              <w:rPr>
                <w:b/>
                <w:color w:val="FFFFFF"/>
                <w:sz w:val="15"/>
              </w:rPr>
              <w:t>Previous</w:t>
            </w:r>
          </w:p>
        </w:tc>
        <w:tc>
          <w:tcPr>
            <w:tcW w:type="dxa" w:w="1440"/>
            <w:vAlign w:val="center"/>
            <w:shd w:fill="1F4E79"/>
          </w:tcPr>
          <w:p>
            <w:pPr>
              <w:jc w:val="left"/>
            </w:pPr>
            <w:r/>
            <w:r>
              <w:rPr>
                <w:b/>
                <w:color w:val="FFFFFF"/>
                <w:sz w:val="15"/>
              </w:rPr>
              <w:t>Current</w:t>
            </w:r>
          </w:p>
        </w:tc>
        <w:tc>
          <w:tcPr>
            <w:tcW w:type="dxa" w:w="1152"/>
            <w:vAlign w:val="center"/>
            <w:shd w:fill="1F4E79"/>
          </w:tcPr>
          <w:p>
            <w:pPr>
              <w:jc w:val="left"/>
            </w:pPr>
            <w:r/>
            <w:r>
              <w:rPr>
                <w:b/>
                <w:color w:val="FFFFFF"/>
                <w:sz w:val="15"/>
              </w:rPr>
              <w:t>Change</w:t>
            </w:r>
          </w:p>
        </w:tc>
        <w:tc>
          <w:tcPr>
            <w:tcW w:type="dxa" w:w="2880"/>
            <w:vAlign w:val="center"/>
            <w:shd w:fill="1F4E79"/>
          </w:tcPr>
          <w:p>
            <w:pPr>
              <w:jc w:val="left"/>
            </w:pPr>
            <w:r/>
            <w:r>
              <w:rPr>
                <w:b/>
                <w:color w:val="FFFFFF"/>
                <w:sz w:val="15"/>
              </w:rPr>
              <w:t>Target Page</w:t>
            </w:r>
          </w:p>
        </w:tc>
        <w:tc>
          <w:tcPr>
            <w:tcW w:type="dxa" w:w="1584"/>
            <w:vAlign w:val="center"/>
            <w:shd w:fill="1F4E79"/>
          </w:tcPr>
          <w:p>
            <w:pPr>
              <w:jc w:val="left"/>
            </w:pPr>
            <w:r/>
            <w:r>
              <w:rPr>
                <w:b/>
                <w:color w:val="FFFFFF"/>
                <w:sz w:val="15"/>
              </w:rPr>
              <w:t>Intent</w:t>
            </w:r>
          </w:p>
        </w:tc>
        <w:tc>
          <w:tcPr>
            <w:tcW w:type="dxa" w:w="3600"/>
            <w:vAlign w:val="center"/>
            <w:shd w:fill="1F4E79"/>
          </w:tcPr>
          <w:p>
            <w:pPr>
              <w:jc w:val="left"/>
            </w:pPr>
            <w:r/>
            <w:r>
              <w:rPr>
                <w:b/>
                <w:color w:val="FFFFFF"/>
                <w:sz w:val="15"/>
              </w:rPr>
              <w:t>Action</w:t>
            </w:r>
          </w:p>
        </w:tc>
      </w:tr>
      <w:tr>
        <w:tc>
          <w:tcPr>
            <w:tcW w:type="dxa" w:w="2592"/>
            <w:vAlign w:val="center"/>
          </w:tcPr>
          <w:p>
            <w:pPr>
              <w:jc w:val="left"/>
            </w:pPr>
            <w:r/>
            <w:r>
              <w:rPr>
                <w:b w:val="0"/>
                <w:sz w:val="15"/>
              </w:rPr>
              <w:t>[Keyword]</w:t>
            </w:r>
          </w:p>
        </w:tc>
        <w:tc>
          <w:tcPr>
            <w:tcW w:type="dxa" w:w="1440"/>
            <w:vAlign w:val="center"/>
          </w:tcPr>
          <w:p>
            <w:pPr>
              <w:jc w:val="left"/>
            </w:pPr>
            <w:r/>
            <w:r>
              <w:rPr>
                <w:b w:val="0"/>
                <w:sz w:val="15"/>
              </w:rPr>
              <w:t>[Previous Position]</w:t>
            </w:r>
          </w:p>
        </w:tc>
        <w:tc>
          <w:tcPr>
            <w:tcW w:type="dxa" w:w="1440"/>
            <w:vAlign w:val="center"/>
          </w:tcPr>
          <w:p>
            <w:pPr>
              <w:jc w:val="left"/>
            </w:pPr>
            <w:r/>
            <w:r>
              <w:rPr>
                <w:b w:val="0"/>
                <w:sz w:val="15"/>
              </w:rPr>
              <w:t>[Current Position]</w:t>
            </w:r>
          </w:p>
        </w:tc>
        <w:tc>
          <w:tcPr>
            <w:tcW w:type="dxa" w:w="1152"/>
            <w:vAlign w:val="center"/>
          </w:tcPr>
          <w:p>
            <w:pPr>
              <w:jc w:val="left"/>
            </w:pPr>
            <w:r/>
            <w:r>
              <w:rPr>
                <w:b w:val="0"/>
                <w:sz w:val="15"/>
              </w:rPr>
              <w:t>[Change]</w:t>
            </w:r>
          </w:p>
        </w:tc>
        <w:tc>
          <w:tcPr>
            <w:tcW w:type="dxa" w:w="2880"/>
            <w:vAlign w:val="center"/>
          </w:tcPr>
          <w:p>
            <w:pPr>
              <w:jc w:val="left"/>
            </w:pPr>
            <w:r/>
            <w:r>
              <w:rPr>
                <w:b w:val="0"/>
                <w:sz w:val="15"/>
              </w:rPr>
              <w:t>[Target Page]</w:t>
            </w:r>
          </w:p>
        </w:tc>
        <w:tc>
          <w:tcPr>
            <w:tcW w:type="dxa" w:w="1584"/>
            <w:vAlign w:val="center"/>
          </w:tcPr>
          <w:p>
            <w:pPr>
              <w:jc w:val="left"/>
            </w:pPr>
            <w:r/>
            <w:r>
              <w:rPr>
                <w:b w:val="0"/>
                <w:sz w:val="15"/>
              </w:rPr>
              <w:t>[Intent]</w:t>
            </w:r>
          </w:p>
        </w:tc>
        <w:tc>
          <w:tcPr>
            <w:tcW w:type="dxa" w:w="3600"/>
            <w:vAlign w:val="center"/>
          </w:tcPr>
          <w:p>
            <w:pPr>
              <w:jc w:val="left"/>
            </w:pPr>
            <w:r/>
            <w:r>
              <w:rPr>
                <w:b w:val="0"/>
                <w:sz w:val="15"/>
              </w:rPr>
              <w:t>[Recommended Action]</w:t>
            </w:r>
          </w:p>
        </w:tc>
      </w:tr>
      <w:tr>
        <w:tc>
          <w:tcPr>
            <w:tcW w:type="dxa" w:w="2592"/>
            <w:vAlign w:val="center"/>
            <w:shd w:fill="F2F2F2"/>
          </w:tcPr>
          <w:p>
            <w:pPr>
              <w:jc w:val="left"/>
            </w:pPr>
            <w:r/>
            <w:r>
              <w:rPr>
                <w:b w:val="0"/>
                <w:sz w:val="15"/>
              </w:rPr>
              <w:t>[Keyword]</w:t>
            </w:r>
          </w:p>
        </w:tc>
        <w:tc>
          <w:tcPr>
            <w:tcW w:type="dxa" w:w="1440"/>
            <w:vAlign w:val="center"/>
            <w:shd w:fill="F2F2F2"/>
          </w:tcPr>
          <w:p>
            <w:pPr>
              <w:jc w:val="left"/>
            </w:pPr>
            <w:r/>
            <w:r>
              <w:rPr>
                <w:b w:val="0"/>
                <w:sz w:val="15"/>
              </w:rPr>
              <w:t>[Previous Position]</w:t>
            </w:r>
          </w:p>
        </w:tc>
        <w:tc>
          <w:tcPr>
            <w:tcW w:type="dxa" w:w="1440"/>
            <w:vAlign w:val="center"/>
            <w:shd w:fill="F2F2F2"/>
          </w:tcPr>
          <w:p>
            <w:pPr>
              <w:jc w:val="left"/>
            </w:pPr>
            <w:r/>
            <w:r>
              <w:rPr>
                <w:b w:val="0"/>
                <w:sz w:val="15"/>
              </w:rPr>
              <w:t>[Current Position]</w:t>
            </w:r>
          </w:p>
        </w:tc>
        <w:tc>
          <w:tcPr>
            <w:tcW w:type="dxa" w:w="1152"/>
            <w:vAlign w:val="center"/>
            <w:shd w:fill="F2F2F2"/>
          </w:tcPr>
          <w:p>
            <w:pPr>
              <w:jc w:val="left"/>
            </w:pPr>
            <w:r/>
            <w:r>
              <w:rPr>
                <w:b w:val="0"/>
                <w:sz w:val="15"/>
              </w:rPr>
              <w:t>[Change]</w:t>
            </w:r>
          </w:p>
        </w:tc>
        <w:tc>
          <w:tcPr>
            <w:tcW w:type="dxa" w:w="2880"/>
            <w:vAlign w:val="center"/>
            <w:shd w:fill="F2F2F2"/>
          </w:tcPr>
          <w:p>
            <w:pPr>
              <w:jc w:val="left"/>
            </w:pPr>
            <w:r/>
            <w:r>
              <w:rPr>
                <w:b w:val="0"/>
                <w:sz w:val="15"/>
              </w:rPr>
              <w:t>[Target Page]</w:t>
            </w:r>
          </w:p>
        </w:tc>
        <w:tc>
          <w:tcPr>
            <w:tcW w:type="dxa" w:w="1584"/>
            <w:vAlign w:val="center"/>
            <w:shd w:fill="F2F2F2"/>
          </w:tcPr>
          <w:p>
            <w:pPr>
              <w:jc w:val="left"/>
            </w:pPr>
            <w:r/>
            <w:r>
              <w:rPr>
                <w:b w:val="0"/>
                <w:sz w:val="15"/>
              </w:rPr>
              <w:t>[Intent]</w:t>
            </w:r>
          </w:p>
        </w:tc>
        <w:tc>
          <w:tcPr>
            <w:tcW w:type="dxa" w:w="3600"/>
            <w:vAlign w:val="center"/>
            <w:shd w:fill="F2F2F2"/>
          </w:tcPr>
          <w:p>
            <w:pPr>
              <w:jc w:val="left"/>
            </w:pPr>
            <w:r/>
            <w:r>
              <w:rPr>
                <w:b w:val="0"/>
                <w:sz w:val="15"/>
              </w:rPr>
              <w:t>[Recommended Action]</w:t>
            </w:r>
          </w:p>
        </w:tc>
      </w:tr>
      <w:tr>
        <w:tc>
          <w:tcPr>
            <w:tcW w:type="dxa" w:w="2592"/>
            <w:vAlign w:val="center"/>
          </w:tcPr>
          <w:p>
            <w:pPr>
              <w:jc w:val="left"/>
            </w:pPr>
            <w:r/>
            <w:r>
              <w:rPr>
                <w:b w:val="0"/>
                <w:sz w:val="15"/>
              </w:rPr>
              <w:t>[Keyword]</w:t>
            </w:r>
          </w:p>
        </w:tc>
        <w:tc>
          <w:tcPr>
            <w:tcW w:type="dxa" w:w="1440"/>
            <w:vAlign w:val="center"/>
          </w:tcPr>
          <w:p>
            <w:pPr>
              <w:jc w:val="left"/>
            </w:pPr>
            <w:r/>
            <w:r>
              <w:rPr>
                <w:b w:val="0"/>
                <w:sz w:val="15"/>
              </w:rPr>
              <w:t>[Previous Position]</w:t>
            </w:r>
          </w:p>
        </w:tc>
        <w:tc>
          <w:tcPr>
            <w:tcW w:type="dxa" w:w="1440"/>
            <w:vAlign w:val="center"/>
          </w:tcPr>
          <w:p>
            <w:pPr>
              <w:jc w:val="left"/>
            </w:pPr>
            <w:r/>
            <w:r>
              <w:rPr>
                <w:b w:val="0"/>
                <w:sz w:val="15"/>
              </w:rPr>
              <w:t>[Current Position]</w:t>
            </w:r>
          </w:p>
        </w:tc>
        <w:tc>
          <w:tcPr>
            <w:tcW w:type="dxa" w:w="1152"/>
            <w:vAlign w:val="center"/>
          </w:tcPr>
          <w:p>
            <w:pPr>
              <w:jc w:val="left"/>
            </w:pPr>
            <w:r/>
            <w:r>
              <w:rPr>
                <w:b w:val="0"/>
                <w:sz w:val="15"/>
              </w:rPr>
              <w:t>[Change]</w:t>
            </w:r>
          </w:p>
        </w:tc>
        <w:tc>
          <w:tcPr>
            <w:tcW w:type="dxa" w:w="2880"/>
            <w:vAlign w:val="center"/>
          </w:tcPr>
          <w:p>
            <w:pPr>
              <w:jc w:val="left"/>
            </w:pPr>
            <w:r/>
            <w:r>
              <w:rPr>
                <w:b w:val="0"/>
                <w:sz w:val="15"/>
              </w:rPr>
              <w:t>[Target Page]</w:t>
            </w:r>
          </w:p>
        </w:tc>
        <w:tc>
          <w:tcPr>
            <w:tcW w:type="dxa" w:w="1584"/>
            <w:vAlign w:val="center"/>
          </w:tcPr>
          <w:p>
            <w:pPr>
              <w:jc w:val="left"/>
            </w:pPr>
            <w:r/>
            <w:r>
              <w:rPr>
                <w:b w:val="0"/>
                <w:sz w:val="15"/>
              </w:rPr>
              <w:t>[Intent]</w:t>
            </w:r>
          </w:p>
        </w:tc>
        <w:tc>
          <w:tcPr>
            <w:tcW w:type="dxa" w:w="3600"/>
            <w:vAlign w:val="center"/>
          </w:tcPr>
          <w:p>
            <w:pPr>
              <w:jc w:val="left"/>
            </w:pPr>
            <w:r/>
            <w:r>
              <w:rPr>
                <w:b w:val="0"/>
                <w:sz w:val="15"/>
              </w:rPr>
              <w:t>[Recommended Action]</w:t>
            </w:r>
          </w:p>
        </w:tc>
      </w:tr>
      <w:tr>
        <w:tc>
          <w:tcPr>
            <w:tcW w:type="dxa" w:w="2592"/>
            <w:vAlign w:val="center"/>
            <w:shd w:fill="F2F2F2"/>
          </w:tcPr>
          <w:p>
            <w:pPr>
              <w:jc w:val="left"/>
            </w:pPr>
            <w:r/>
            <w:r>
              <w:rPr>
                <w:b w:val="0"/>
                <w:sz w:val="15"/>
              </w:rPr>
              <w:t>[Keyword]</w:t>
            </w:r>
          </w:p>
        </w:tc>
        <w:tc>
          <w:tcPr>
            <w:tcW w:type="dxa" w:w="1440"/>
            <w:vAlign w:val="center"/>
            <w:shd w:fill="F2F2F2"/>
          </w:tcPr>
          <w:p>
            <w:pPr>
              <w:jc w:val="left"/>
            </w:pPr>
            <w:r/>
            <w:r>
              <w:rPr>
                <w:b w:val="0"/>
                <w:sz w:val="15"/>
              </w:rPr>
              <w:t>[Previous Position]</w:t>
            </w:r>
          </w:p>
        </w:tc>
        <w:tc>
          <w:tcPr>
            <w:tcW w:type="dxa" w:w="1440"/>
            <w:vAlign w:val="center"/>
            <w:shd w:fill="F2F2F2"/>
          </w:tcPr>
          <w:p>
            <w:pPr>
              <w:jc w:val="left"/>
            </w:pPr>
            <w:r/>
            <w:r>
              <w:rPr>
                <w:b w:val="0"/>
                <w:sz w:val="15"/>
              </w:rPr>
              <w:t>[Current Position]</w:t>
            </w:r>
          </w:p>
        </w:tc>
        <w:tc>
          <w:tcPr>
            <w:tcW w:type="dxa" w:w="1152"/>
            <w:vAlign w:val="center"/>
            <w:shd w:fill="F2F2F2"/>
          </w:tcPr>
          <w:p>
            <w:pPr>
              <w:jc w:val="left"/>
            </w:pPr>
            <w:r/>
            <w:r>
              <w:rPr>
                <w:b w:val="0"/>
                <w:sz w:val="15"/>
              </w:rPr>
              <w:t>[Change]</w:t>
            </w:r>
          </w:p>
        </w:tc>
        <w:tc>
          <w:tcPr>
            <w:tcW w:type="dxa" w:w="2880"/>
            <w:vAlign w:val="center"/>
            <w:shd w:fill="F2F2F2"/>
          </w:tcPr>
          <w:p>
            <w:pPr>
              <w:jc w:val="left"/>
            </w:pPr>
            <w:r/>
            <w:r>
              <w:rPr>
                <w:b w:val="0"/>
                <w:sz w:val="15"/>
              </w:rPr>
              <w:t>[Target Page]</w:t>
            </w:r>
          </w:p>
        </w:tc>
        <w:tc>
          <w:tcPr>
            <w:tcW w:type="dxa" w:w="1584"/>
            <w:vAlign w:val="center"/>
            <w:shd w:fill="F2F2F2"/>
          </w:tcPr>
          <w:p>
            <w:pPr>
              <w:jc w:val="left"/>
            </w:pPr>
            <w:r/>
            <w:r>
              <w:rPr>
                <w:b w:val="0"/>
                <w:sz w:val="15"/>
              </w:rPr>
              <w:t>[Intent]</w:t>
            </w:r>
          </w:p>
        </w:tc>
        <w:tc>
          <w:tcPr>
            <w:tcW w:type="dxa" w:w="3600"/>
            <w:vAlign w:val="center"/>
            <w:shd w:fill="F2F2F2"/>
          </w:tcPr>
          <w:p>
            <w:pPr>
              <w:jc w:val="left"/>
            </w:pPr>
            <w:r/>
            <w:r>
              <w:rPr>
                <w:b w:val="0"/>
                <w:sz w:val="15"/>
              </w:rPr>
              <w:t>[Recommended Action]</w:t>
            </w:r>
          </w:p>
        </w:tc>
      </w:tr>
      <w:tr>
        <w:tc>
          <w:tcPr>
            <w:tcW w:type="dxa" w:w="2592"/>
            <w:vAlign w:val="center"/>
          </w:tcPr>
          <w:p>
            <w:pPr>
              <w:jc w:val="left"/>
            </w:pPr>
            <w:r/>
            <w:r>
              <w:rPr>
                <w:b w:val="0"/>
                <w:sz w:val="15"/>
              </w:rPr>
              <w:t>[Keyword]</w:t>
            </w:r>
          </w:p>
        </w:tc>
        <w:tc>
          <w:tcPr>
            <w:tcW w:type="dxa" w:w="1440"/>
            <w:vAlign w:val="center"/>
          </w:tcPr>
          <w:p>
            <w:pPr>
              <w:jc w:val="left"/>
            </w:pPr>
            <w:r/>
            <w:r>
              <w:rPr>
                <w:b w:val="0"/>
                <w:sz w:val="15"/>
              </w:rPr>
              <w:t>[Previous Position]</w:t>
            </w:r>
          </w:p>
        </w:tc>
        <w:tc>
          <w:tcPr>
            <w:tcW w:type="dxa" w:w="1440"/>
            <w:vAlign w:val="center"/>
          </w:tcPr>
          <w:p>
            <w:pPr>
              <w:jc w:val="left"/>
            </w:pPr>
            <w:r/>
            <w:r>
              <w:rPr>
                <w:b w:val="0"/>
                <w:sz w:val="15"/>
              </w:rPr>
              <w:t>[Current Position]</w:t>
            </w:r>
          </w:p>
        </w:tc>
        <w:tc>
          <w:tcPr>
            <w:tcW w:type="dxa" w:w="1152"/>
            <w:vAlign w:val="center"/>
          </w:tcPr>
          <w:p>
            <w:pPr>
              <w:jc w:val="left"/>
            </w:pPr>
            <w:r/>
            <w:r>
              <w:rPr>
                <w:b w:val="0"/>
                <w:sz w:val="15"/>
              </w:rPr>
              <w:t>[Change]</w:t>
            </w:r>
          </w:p>
        </w:tc>
        <w:tc>
          <w:tcPr>
            <w:tcW w:type="dxa" w:w="2880"/>
            <w:vAlign w:val="center"/>
          </w:tcPr>
          <w:p>
            <w:pPr>
              <w:jc w:val="left"/>
            </w:pPr>
            <w:r/>
            <w:r>
              <w:rPr>
                <w:b w:val="0"/>
                <w:sz w:val="15"/>
              </w:rPr>
              <w:t>[Target Page]</w:t>
            </w:r>
          </w:p>
        </w:tc>
        <w:tc>
          <w:tcPr>
            <w:tcW w:type="dxa" w:w="1584"/>
            <w:vAlign w:val="center"/>
          </w:tcPr>
          <w:p>
            <w:pPr>
              <w:jc w:val="left"/>
            </w:pPr>
            <w:r/>
            <w:r>
              <w:rPr>
                <w:b w:val="0"/>
                <w:sz w:val="15"/>
              </w:rPr>
              <w:t>[Intent]</w:t>
            </w:r>
          </w:p>
        </w:tc>
        <w:tc>
          <w:tcPr>
            <w:tcW w:type="dxa" w:w="3600"/>
            <w:vAlign w:val="center"/>
          </w:tcPr>
          <w:p>
            <w:pPr>
              <w:jc w:val="left"/>
            </w:pPr>
            <w:r/>
            <w:r>
              <w:rPr>
                <w:b w:val="0"/>
                <w:sz w:val="15"/>
              </w:rPr>
              <w:t>[Recommended Action]</w:t>
            </w:r>
          </w:p>
        </w:tc>
      </w:tr>
    </w:tbl>
    <w:p/>
    <w:p>
      <w:pPr>
        <w:pStyle w:val="Heading1"/>
      </w:pPr>
      <w:r>
        <w:rPr>
          <w:rFonts w:ascii="Arial" w:hAnsi="Arial" w:eastAsia="Arial"/>
          <w:color w:val="1F4E79"/>
        </w:rPr>
        <w:t>6. Top Performing Pages</w:t>
      </w:r>
    </w:p>
    <w:p>
      <w:r>
        <w:rPr>
          <w:rFonts w:ascii="Arial" w:hAnsi="Arial" w:eastAsia="Arial"/>
          <w:sz w:val="20"/>
        </w:rPr>
        <w:t>Top Page Insight: [Explain which pages created the most traffic, visibility, or conversions.]</w:t>
      </w:r>
    </w:p>
    <w:p>
      <w:r>
        <w:rPr>
          <w:rFonts w:ascii="Arial" w:hAnsi="Arial" w:eastAsia="Arial"/>
          <w:sz w:val="20"/>
        </w:rPr>
        <w:t>Pages Needing Attention: [List pages losing traffic, rankings, or conversions.]</w:t>
      </w:r>
    </w:p>
    <w:tbl>
      <w:tblPr>
        <w:tblStyle w:val="TableGrid"/>
        <w:tblW w:type="auto" w:w="0"/>
        <w:jc w:val="center"/>
        <w:tblLook w:firstColumn="1" w:firstRow="1" w:lastColumn="0" w:lastRow="0" w:noHBand="0" w:noVBand="1" w:val="04A0"/>
      </w:tblPr>
      <w:tblGrid>
        <w:gridCol w:w="2179"/>
        <w:gridCol w:w="2179"/>
        <w:gridCol w:w="2179"/>
        <w:gridCol w:w="2179"/>
        <w:gridCol w:w="2179"/>
        <w:gridCol w:w="2179"/>
        <w:gridCol w:w="2179"/>
      </w:tblGrid>
      <w:tr>
        <w:trPr>
          <w:tblHeader w:val="true"/>
        </w:trPr>
        <w:tc>
          <w:tcPr>
            <w:tcW w:type="dxa" w:w="3311"/>
            <w:vAlign w:val="center"/>
            <w:shd w:fill="1F4E79"/>
          </w:tcPr>
          <w:p>
            <w:pPr>
              <w:jc w:val="left"/>
            </w:pPr>
            <w:r/>
            <w:r>
              <w:rPr>
                <w:b/>
                <w:color w:val="FFFFFF"/>
                <w:sz w:val="15"/>
              </w:rPr>
              <w:t>Page</w:t>
            </w:r>
          </w:p>
        </w:tc>
        <w:tc>
          <w:tcPr>
            <w:tcW w:type="dxa" w:w="1440"/>
            <w:vAlign w:val="center"/>
            <w:shd w:fill="1F4E79"/>
          </w:tcPr>
          <w:p>
            <w:pPr>
              <w:jc w:val="left"/>
            </w:pPr>
            <w:r/>
            <w:r>
              <w:rPr>
                <w:b/>
                <w:color w:val="FFFFFF"/>
                <w:sz w:val="15"/>
              </w:rPr>
              <w:t>Sessions</w:t>
            </w:r>
          </w:p>
        </w:tc>
        <w:tc>
          <w:tcPr>
            <w:tcW w:type="dxa" w:w="1296"/>
            <w:vAlign w:val="center"/>
            <w:shd w:fill="1F4E79"/>
          </w:tcPr>
          <w:p>
            <w:pPr>
              <w:jc w:val="left"/>
            </w:pPr>
            <w:r/>
            <w:r>
              <w:rPr>
                <w:b/>
                <w:color w:val="FFFFFF"/>
                <w:sz w:val="15"/>
              </w:rPr>
              <w:t>Clicks</w:t>
            </w:r>
          </w:p>
        </w:tc>
        <w:tc>
          <w:tcPr>
            <w:tcW w:type="dxa" w:w="1584"/>
            <w:vAlign w:val="center"/>
            <w:shd w:fill="1F4E79"/>
          </w:tcPr>
          <w:p>
            <w:pPr>
              <w:jc w:val="left"/>
            </w:pPr>
            <w:r/>
            <w:r>
              <w:rPr>
                <w:b/>
                <w:color w:val="FFFFFF"/>
                <w:sz w:val="15"/>
              </w:rPr>
              <w:t>Conversions</w:t>
            </w:r>
          </w:p>
        </w:tc>
        <w:tc>
          <w:tcPr>
            <w:tcW w:type="dxa" w:w="1152"/>
            <w:vAlign w:val="center"/>
            <w:shd w:fill="1F4E79"/>
          </w:tcPr>
          <w:p>
            <w:pPr>
              <w:jc w:val="left"/>
            </w:pPr>
            <w:r/>
            <w:r>
              <w:rPr>
                <w:b/>
                <w:color w:val="FFFFFF"/>
                <w:sz w:val="15"/>
              </w:rPr>
              <w:t>MoM</w:t>
            </w:r>
          </w:p>
        </w:tc>
        <w:tc>
          <w:tcPr>
            <w:tcW w:type="dxa" w:w="2304"/>
            <w:vAlign w:val="center"/>
            <w:shd w:fill="1F4E79"/>
          </w:tcPr>
          <w:p>
            <w:pPr>
              <w:jc w:val="left"/>
            </w:pPr>
            <w:r/>
            <w:r>
              <w:rPr>
                <w:b/>
                <w:color w:val="FFFFFF"/>
                <w:sz w:val="15"/>
              </w:rPr>
              <w:t>Top Keyword</w:t>
            </w:r>
          </w:p>
        </w:tc>
        <w:tc>
          <w:tcPr>
            <w:tcW w:type="dxa" w:w="3600"/>
            <w:vAlign w:val="center"/>
            <w:shd w:fill="1F4E79"/>
          </w:tcPr>
          <w:p>
            <w:pPr>
              <w:jc w:val="left"/>
            </w:pPr>
            <w:r/>
            <w:r>
              <w:rPr>
                <w:b/>
                <w:color w:val="FFFFFF"/>
                <w:sz w:val="15"/>
              </w:rPr>
              <w:t>Next Action</w:t>
            </w:r>
          </w:p>
        </w:tc>
      </w:tr>
      <w:tr>
        <w:tc>
          <w:tcPr>
            <w:tcW w:type="dxa" w:w="3311"/>
            <w:vAlign w:val="center"/>
          </w:tcPr>
          <w:p>
            <w:pPr>
              <w:jc w:val="left"/>
            </w:pPr>
            <w:r/>
            <w:r>
              <w:rPr>
                <w:b w:val="0"/>
                <w:sz w:val="15"/>
              </w:rPr>
              <w:t>[URL / Page Title]</w:t>
            </w:r>
          </w:p>
        </w:tc>
        <w:tc>
          <w:tcPr>
            <w:tcW w:type="dxa" w:w="1440"/>
            <w:vAlign w:val="center"/>
          </w:tcPr>
          <w:p>
            <w:pPr>
              <w:jc w:val="left"/>
            </w:pPr>
            <w:r/>
            <w:r>
              <w:rPr>
                <w:b w:val="0"/>
                <w:sz w:val="15"/>
              </w:rPr>
              <w:t>[Sessions]</w:t>
            </w:r>
          </w:p>
        </w:tc>
        <w:tc>
          <w:tcPr>
            <w:tcW w:type="dxa" w:w="1296"/>
            <w:vAlign w:val="center"/>
          </w:tcPr>
          <w:p>
            <w:pPr>
              <w:jc w:val="left"/>
            </w:pPr>
            <w:r/>
            <w:r>
              <w:rPr>
                <w:b w:val="0"/>
                <w:sz w:val="15"/>
              </w:rPr>
              <w:t>[GSC Clicks]</w:t>
            </w:r>
          </w:p>
        </w:tc>
        <w:tc>
          <w:tcPr>
            <w:tcW w:type="dxa" w:w="1584"/>
            <w:vAlign w:val="center"/>
          </w:tcPr>
          <w:p>
            <w:pPr>
              <w:jc w:val="left"/>
            </w:pPr>
            <w:r/>
            <w:r>
              <w:rPr>
                <w:b w:val="0"/>
                <w:sz w:val="15"/>
              </w:rPr>
              <w:t>[Conversions]</w:t>
            </w:r>
          </w:p>
        </w:tc>
        <w:tc>
          <w:tcPr>
            <w:tcW w:type="dxa" w:w="1152"/>
            <w:vAlign w:val="center"/>
          </w:tcPr>
          <w:p>
            <w:pPr>
              <w:jc w:val="left"/>
            </w:pPr>
            <w:r/>
            <w:r>
              <w:rPr>
                <w:b w:val="0"/>
                <w:sz w:val="15"/>
              </w:rPr>
              <w:t>[MoM Change]</w:t>
            </w:r>
          </w:p>
        </w:tc>
        <w:tc>
          <w:tcPr>
            <w:tcW w:type="dxa" w:w="2304"/>
            <w:vAlign w:val="center"/>
          </w:tcPr>
          <w:p>
            <w:pPr>
              <w:jc w:val="left"/>
            </w:pPr>
            <w:r/>
            <w:r>
              <w:rPr>
                <w:b w:val="0"/>
                <w:sz w:val="15"/>
              </w:rPr>
              <w:t>[Top Keyword]</w:t>
            </w:r>
          </w:p>
        </w:tc>
        <w:tc>
          <w:tcPr>
            <w:tcW w:type="dxa" w:w="3600"/>
            <w:vAlign w:val="center"/>
          </w:tcPr>
          <w:p>
            <w:pPr>
              <w:jc w:val="left"/>
            </w:pPr>
            <w:r/>
            <w:r>
              <w:rPr>
                <w:b w:val="0"/>
                <w:sz w:val="15"/>
              </w:rPr>
              <w:t>[Next Action]</w:t>
            </w:r>
          </w:p>
        </w:tc>
      </w:tr>
      <w:tr>
        <w:tc>
          <w:tcPr>
            <w:tcW w:type="dxa" w:w="3311"/>
            <w:vAlign w:val="center"/>
            <w:shd w:fill="F2F2F2"/>
          </w:tcPr>
          <w:p>
            <w:pPr>
              <w:jc w:val="left"/>
            </w:pPr>
            <w:r/>
            <w:r>
              <w:rPr>
                <w:b w:val="0"/>
                <w:sz w:val="15"/>
              </w:rPr>
              <w:t>[URL / Page Title]</w:t>
            </w:r>
          </w:p>
        </w:tc>
        <w:tc>
          <w:tcPr>
            <w:tcW w:type="dxa" w:w="1440"/>
            <w:vAlign w:val="center"/>
            <w:shd w:fill="F2F2F2"/>
          </w:tcPr>
          <w:p>
            <w:pPr>
              <w:jc w:val="left"/>
            </w:pPr>
            <w:r/>
            <w:r>
              <w:rPr>
                <w:b w:val="0"/>
                <w:sz w:val="15"/>
              </w:rPr>
              <w:t>[Sessions]</w:t>
            </w:r>
          </w:p>
        </w:tc>
        <w:tc>
          <w:tcPr>
            <w:tcW w:type="dxa" w:w="1296"/>
            <w:vAlign w:val="center"/>
            <w:shd w:fill="F2F2F2"/>
          </w:tcPr>
          <w:p>
            <w:pPr>
              <w:jc w:val="left"/>
            </w:pPr>
            <w:r/>
            <w:r>
              <w:rPr>
                <w:b w:val="0"/>
                <w:sz w:val="15"/>
              </w:rPr>
              <w:t>[GSC Clicks]</w:t>
            </w:r>
          </w:p>
        </w:tc>
        <w:tc>
          <w:tcPr>
            <w:tcW w:type="dxa" w:w="1584"/>
            <w:vAlign w:val="center"/>
            <w:shd w:fill="F2F2F2"/>
          </w:tcPr>
          <w:p>
            <w:pPr>
              <w:jc w:val="left"/>
            </w:pPr>
            <w:r/>
            <w:r>
              <w:rPr>
                <w:b w:val="0"/>
                <w:sz w:val="15"/>
              </w:rPr>
              <w:t>[Conversions]</w:t>
            </w:r>
          </w:p>
        </w:tc>
        <w:tc>
          <w:tcPr>
            <w:tcW w:type="dxa" w:w="1152"/>
            <w:vAlign w:val="center"/>
            <w:shd w:fill="F2F2F2"/>
          </w:tcPr>
          <w:p>
            <w:pPr>
              <w:jc w:val="left"/>
            </w:pPr>
            <w:r/>
            <w:r>
              <w:rPr>
                <w:b w:val="0"/>
                <w:sz w:val="15"/>
              </w:rPr>
              <w:t>[MoM Change]</w:t>
            </w:r>
          </w:p>
        </w:tc>
        <w:tc>
          <w:tcPr>
            <w:tcW w:type="dxa" w:w="2304"/>
            <w:vAlign w:val="center"/>
            <w:shd w:fill="F2F2F2"/>
          </w:tcPr>
          <w:p>
            <w:pPr>
              <w:jc w:val="left"/>
            </w:pPr>
            <w:r/>
            <w:r>
              <w:rPr>
                <w:b w:val="0"/>
                <w:sz w:val="15"/>
              </w:rPr>
              <w:t>[Top Keyword]</w:t>
            </w:r>
          </w:p>
        </w:tc>
        <w:tc>
          <w:tcPr>
            <w:tcW w:type="dxa" w:w="3600"/>
            <w:vAlign w:val="center"/>
            <w:shd w:fill="F2F2F2"/>
          </w:tcPr>
          <w:p>
            <w:pPr>
              <w:jc w:val="left"/>
            </w:pPr>
            <w:r/>
            <w:r>
              <w:rPr>
                <w:b w:val="0"/>
                <w:sz w:val="15"/>
              </w:rPr>
              <w:t>[Next Action]</w:t>
            </w:r>
          </w:p>
        </w:tc>
      </w:tr>
      <w:tr>
        <w:tc>
          <w:tcPr>
            <w:tcW w:type="dxa" w:w="3311"/>
            <w:vAlign w:val="center"/>
          </w:tcPr>
          <w:p>
            <w:pPr>
              <w:jc w:val="left"/>
            </w:pPr>
            <w:r/>
            <w:r>
              <w:rPr>
                <w:b w:val="0"/>
                <w:sz w:val="15"/>
              </w:rPr>
              <w:t>[URL / Page Title]</w:t>
            </w:r>
          </w:p>
        </w:tc>
        <w:tc>
          <w:tcPr>
            <w:tcW w:type="dxa" w:w="1440"/>
            <w:vAlign w:val="center"/>
          </w:tcPr>
          <w:p>
            <w:pPr>
              <w:jc w:val="left"/>
            </w:pPr>
            <w:r/>
            <w:r>
              <w:rPr>
                <w:b w:val="0"/>
                <w:sz w:val="15"/>
              </w:rPr>
              <w:t>[Sessions]</w:t>
            </w:r>
          </w:p>
        </w:tc>
        <w:tc>
          <w:tcPr>
            <w:tcW w:type="dxa" w:w="1296"/>
            <w:vAlign w:val="center"/>
          </w:tcPr>
          <w:p>
            <w:pPr>
              <w:jc w:val="left"/>
            </w:pPr>
            <w:r/>
            <w:r>
              <w:rPr>
                <w:b w:val="0"/>
                <w:sz w:val="15"/>
              </w:rPr>
              <w:t>[GSC Clicks]</w:t>
            </w:r>
          </w:p>
        </w:tc>
        <w:tc>
          <w:tcPr>
            <w:tcW w:type="dxa" w:w="1584"/>
            <w:vAlign w:val="center"/>
          </w:tcPr>
          <w:p>
            <w:pPr>
              <w:jc w:val="left"/>
            </w:pPr>
            <w:r/>
            <w:r>
              <w:rPr>
                <w:b w:val="0"/>
                <w:sz w:val="15"/>
              </w:rPr>
              <w:t>[Conversions]</w:t>
            </w:r>
          </w:p>
        </w:tc>
        <w:tc>
          <w:tcPr>
            <w:tcW w:type="dxa" w:w="1152"/>
            <w:vAlign w:val="center"/>
          </w:tcPr>
          <w:p>
            <w:pPr>
              <w:jc w:val="left"/>
            </w:pPr>
            <w:r/>
            <w:r>
              <w:rPr>
                <w:b w:val="0"/>
                <w:sz w:val="15"/>
              </w:rPr>
              <w:t>[MoM Change]</w:t>
            </w:r>
          </w:p>
        </w:tc>
        <w:tc>
          <w:tcPr>
            <w:tcW w:type="dxa" w:w="2304"/>
            <w:vAlign w:val="center"/>
          </w:tcPr>
          <w:p>
            <w:pPr>
              <w:jc w:val="left"/>
            </w:pPr>
            <w:r/>
            <w:r>
              <w:rPr>
                <w:b w:val="0"/>
                <w:sz w:val="15"/>
              </w:rPr>
              <w:t>[Top Keyword]</w:t>
            </w:r>
          </w:p>
        </w:tc>
        <w:tc>
          <w:tcPr>
            <w:tcW w:type="dxa" w:w="3600"/>
            <w:vAlign w:val="center"/>
          </w:tcPr>
          <w:p>
            <w:pPr>
              <w:jc w:val="left"/>
            </w:pPr>
            <w:r/>
            <w:r>
              <w:rPr>
                <w:b w:val="0"/>
                <w:sz w:val="15"/>
              </w:rPr>
              <w:t>[Next Action]</w:t>
            </w:r>
          </w:p>
        </w:tc>
      </w:tr>
      <w:tr>
        <w:tc>
          <w:tcPr>
            <w:tcW w:type="dxa" w:w="3311"/>
            <w:vAlign w:val="center"/>
            <w:shd w:fill="F2F2F2"/>
          </w:tcPr>
          <w:p>
            <w:pPr>
              <w:jc w:val="left"/>
            </w:pPr>
            <w:r/>
            <w:r>
              <w:rPr>
                <w:b w:val="0"/>
                <w:sz w:val="15"/>
              </w:rPr>
              <w:t>[URL / Page Title]</w:t>
            </w:r>
          </w:p>
        </w:tc>
        <w:tc>
          <w:tcPr>
            <w:tcW w:type="dxa" w:w="1440"/>
            <w:vAlign w:val="center"/>
            <w:shd w:fill="F2F2F2"/>
          </w:tcPr>
          <w:p>
            <w:pPr>
              <w:jc w:val="left"/>
            </w:pPr>
            <w:r/>
            <w:r>
              <w:rPr>
                <w:b w:val="0"/>
                <w:sz w:val="15"/>
              </w:rPr>
              <w:t>[Sessions]</w:t>
            </w:r>
          </w:p>
        </w:tc>
        <w:tc>
          <w:tcPr>
            <w:tcW w:type="dxa" w:w="1296"/>
            <w:vAlign w:val="center"/>
            <w:shd w:fill="F2F2F2"/>
          </w:tcPr>
          <w:p>
            <w:pPr>
              <w:jc w:val="left"/>
            </w:pPr>
            <w:r/>
            <w:r>
              <w:rPr>
                <w:b w:val="0"/>
                <w:sz w:val="15"/>
              </w:rPr>
              <w:t>[GSC Clicks]</w:t>
            </w:r>
          </w:p>
        </w:tc>
        <w:tc>
          <w:tcPr>
            <w:tcW w:type="dxa" w:w="1584"/>
            <w:vAlign w:val="center"/>
            <w:shd w:fill="F2F2F2"/>
          </w:tcPr>
          <w:p>
            <w:pPr>
              <w:jc w:val="left"/>
            </w:pPr>
            <w:r/>
            <w:r>
              <w:rPr>
                <w:b w:val="0"/>
                <w:sz w:val="15"/>
              </w:rPr>
              <w:t>[Conversions]</w:t>
            </w:r>
          </w:p>
        </w:tc>
        <w:tc>
          <w:tcPr>
            <w:tcW w:type="dxa" w:w="1152"/>
            <w:vAlign w:val="center"/>
            <w:shd w:fill="F2F2F2"/>
          </w:tcPr>
          <w:p>
            <w:pPr>
              <w:jc w:val="left"/>
            </w:pPr>
            <w:r/>
            <w:r>
              <w:rPr>
                <w:b w:val="0"/>
                <w:sz w:val="15"/>
              </w:rPr>
              <w:t>[MoM Change]</w:t>
            </w:r>
          </w:p>
        </w:tc>
        <w:tc>
          <w:tcPr>
            <w:tcW w:type="dxa" w:w="2304"/>
            <w:vAlign w:val="center"/>
            <w:shd w:fill="F2F2F2"/>
          </w:tcPr>
          <w:p>
            <w:pPr>
              <w:jc w:val="left"/>
            </w:pPr>
            <w:r/>
            <w:r>
              <w:rPr>
                <w:b w:val="0"/>
                <w:sz w:val="15"/>
              </w:rPr>
              <w:t>[Top Keyword]</w:t>
            </w:r>
          </w:p>
        </w:tc>
        <w:tc>
          <w:tcPr>
            <w:tcW w:type="dxa" w:w="3600"/>
            <w:vAlign w:val="center"/>
            <w:shd w:fill="F2F2F2"/>
          </w:tcPr>
          <w:p>
            <w:pPr>
              <w:jc w:val="left"/>
            </w:pPr>
            <w:r/>
            <w:r>
              <w:rPr>
                <w:b w:val="0"/>
                <w:sz w:val="15"/>
              </w:rPr>
              <w:t>[Next Action]</w:t>
            </w:r>
          </w:p>
        </w:tc>
      </w:tr>
    </w:tbl>
    <w:p/>
    <w:p>
      <w:pPr>
        <w:pStyle w:val="Heading1"/>
      </w:pPr>
      <w:r>
        <w:rPr>
          <w:rFonts w:ascii="Arial" w:hAnsi="Arial" w:eastAsia="Arial"/>
          <w:color w:val="1F4E79"/>
        </w:rPr>
        <w:t>7. Content Updates and Publishing Activity</w:t>
      </w:r>
    </w:p>
    <w:p>
      <w:r>
        <w:rPr>
          <w:rFonts w:ascii="Arial" w:hAnsi="Arial" w:eastAsia="Arial"/>
          <w:sz w:val="20"/>
        </w:rPr>
        <w:t>Content Summary: [Explain what was published, refreshed, consolidated, or removed.]</w:t>
      </w:r>
    </w:p>
    <w:p>
      <w:r>
        <w:rPr>
          <w:rFonts w:ascii="Arial" w:hAnsi="Arial" w:eastAsia="Arial"/>
          <w:sz w:val="20"/>
        </w:rPr>
        <w:t>Content Impact: [Mention any ranking, click, or conversion changes linked to content work.]</w:t>
      </w:r>
    </w:p>
    <w:tbl>
      <w:tblPr>
        <w:tblStyle w:val="TableGrid"/>
        <w:tblW w:type="auto" w:w="0"/>
        <w:jc w:val="center"/>
        <w:tblLook w:firstColumn="1" w:firstRow="1" w:lastColumn="0" w:lastRow="0" w:noHBand="0" w:noVBand="1" w:val="04A0"/>
      </w:tblPr>
      <w:tblGrid>
        <w:gridCol w:w="2542"/>
        <w:gridCol w:w="2542"/>
        <w:gridCol w:w="2542"/>
        <w:gridCol w:w="2542"/>
        <w:gridCol w:w="2542"/>
        <w:gridCol w:w="2542"/>
      </w:tblGrid>
      <w:tr>
        <w:trPr>
          <w:tblHeader w:val="true"/>
        </w:trPr>
        <w:tc>
          <w:tcPr>
            <w:tcW w:type="dxa" w:w="1872"/>
            <w:vAlign w:val="center"/>
            <w:shd w:fill="1F4E79"/>
          </w:tcPr>
          <w:p>
            <w:pPr>
              <w:jc w:val="left"/>
            </w:pPr>
            <w:r/>
            <w:r>
              <w:rPr>
                <w:b/>
                <w:color w:val="FFFFFF"/>
                <w:sz w:val="15"/>
              </w:rPr>
              <w:t>Type</w:t>
            </w:r>
          </w:p>
        </w:tc>
        <w:tc>
          <w:tcPr>
            <w:tcW w:type="dxa" w:w="3311"/>
            <w:vAlign w:val="center"/>
            <w:shd w:fill="1F4E79"/>
          </w:tcPr>
          <w:p>
            <w:pPr>
              <w:jc w:val="left"/>
            </w:pPr>
            <w:r/>
            <w:r>
              <w:rPr>
                <w:b/>
                <w:color w:val="FFFFFF"/>
                <w:sz w:val="15"/>
              </w:rPr>
              <w:t>Page</w:t>
            </w:r>
          </w:p>
        </w:tc>
        <w:tc>
          <w:tcPr>
            <w:tcW w:type="dxa" w:w="3311"/>
            <w:vAlign w:val="center"/>
            <w:shd w:fill="1F4E79"/>
          </w:tcPr>
          <w:p>
            <w:pPr>
              <w:jc w:val="left"/>
            </w:pPr>
            <w:r/>
            <w:r>
              <w:rPr>
                <w:b/>
                <w:color w:val="FFFFFF"/>
                <w:sz w:val="15"/>
              </w:rPr>
              <w:t>Work Completed</w:t>
            </w:r>
          </w:p>
        </w:tc>
        <w:tc>
          <w:tcPr>
            <w:tcW w:type="dxa" w:w="2160"/>
            <w:vAlign w:val="center"/>
            <w:shd w:fill="1F4E79"/>
          </w:tcPr>
          <w:p>
            <w:pPr>
              <w:jc w:val="left"/>
            </w:pPr>
            <w:r/>
            <w:r>
              <w:rPr>
                <w:b/>
                <w:color w:val="FFFFFF"/>
                <w:sz w:val="15"/>
              </w:rPr>
              <w:t>Target Keyword</w:t>
            </w:r>
          </w:p>
        </w:tc>
        <w:tc>
          <w:tcPr>
            <w:tcW w:type="dxa" w:w="1440"/>
            <w:vAlign w:val="center"/>
            <w:shd w:fill="1F4E79"/>
          </w:tcPr>
          <w:p>
            <w:pPr>
              <w:jc w:val="left"/>
            </w:pPr>
            <w:r/>
            <w:r>
              <w:rPr>
                <w:b/>
                <w:color w:val="FFFFFF"/>
                <w:sz w:val="15"/>
              </w:rPr>
              <w:t>Status</w:t>
            </w:r>
          </w:p>
        </w:tc>
        <w:tc>
          <w:tcPr>
            <w:tcW w:type="dxa" w:w="2880"/>
            <w:vAlign w:val="center"/>
            <w:shd w:fill="1F4E79"/>
          </w:tcPr>
          <w:p>
            <w:pPr>
              <w:jc w:val="left"/>
            </w:pPr>
            <w:r/>
            <w:r>
              <w:rPr>
                <w:b/>
                <w:color w:val="FFFFFF"/>
                <w:sz w:val="15"/>
              </w:rPr>
              <w:t>Impact / Next Step</w:t>
            </w:r>
          </w:p>
        </w:tc>
      </w:tr>
      <w:tr>
        <w:tc>
          <w:tcPr>
            <w:tcW w:type="dxa" w:w="1872"/>
            <w:vAlign w:val="center"/>
          </w:tcPr>
          <w:p>
            <w:pPr>
              <w:jc w:val="left"/>
            </w:pPr>
            <w:r/>
            <w:r>
              <w:rPr>
                <w:b w:val="0"/>
                <w:sz w:val="15"/>
              </w:rPr>
              <w:t>[New / Updated / Removed]</w:t>
            </w:r>
          </w:p>
        </w:tc>
        <w:tc>
          <w:tcPr>
            <w:tcW w:type="dxa" w:w="3311"/>
            <w:vAlign w:val="center"/>
          </w:tcPr>
          <w:p>
            <w:pPr>
              <w:jc w:val="left"/>
            </w:pPr>
            <w:r/>
            <w:r>
              <w:rPr>
                <w:b w:val="0"/>
                <w:sz w:val="15"/>
              </w:rPr>
              <w:t>[Page Title or URL]</w:t>
            </w:r>
          </w:p>
        </w:tc>
        <w:tc>
          <w:tcPr>
            <w:tcW w:type="dxa" w:w="3311"/>
            <w:vAlign w:val="center"/>
          </w:tcPr>
          <w:p>
            <w:pPr>
              <w:jc w:val="left"/>
            </w:pPr>
            <w:r/>
            <w:r>
              <w:rPr>
                <w:b w:val="0"/>
                <w:sz w:val="15"/>
              </w:rPr>
              <w:t>[Work Completed]</w:t>
            </w:r>
          </w:p>
        </w:tc>
        <w:tc>
          <w:tcPr>
            <w:tcW w:type="dxa" w:w="2160"/>
            <w:vAlign w:val="center"/>
          </w:tcPr>
          <w:p>
            <w:pPr>
              <w:jc w:val="left"/>
            </w:pPr>
            <w:r/>
            <w:r>
              <w:rPr>
                <w:b w:val="0"/>
                <w:sz w:val="15"/>
              </w:rPr>
              <w:t>[Target Keyword]</w:t>
            </w:r>
          </w:p>
        </w:tc>
        <w:tc>
          <w:tcPr>
            <w:tcW w:type="dxa" w:w="1440"/>
            <w:vAlign w:val="center"/>
          </w:tcPr>
          <w:p>
            <w:pPr>
              <w:jc w:val="left"/>
            </w:pPr>
            <w:r/>
            <w:r>
              <w:rPr>
                <w:b w:val="0"/>
                <w:sz w:val="15"/>
              </w:rPr>
              <w:t>[Status]</w:t>
            </w:r>
          </w:p>
        </w:tc>
        <w:tc>
          <w:tcPr>
            <w:tcW w:type="dxa" w:w="2880"/>
            <w:vAlign w:val="center"/>
          </w:tcPr>
          <w:p>
            <w:pPr>
              <w:jc w:val="left"/>
            </w:pPr>
            <w:r/>
            <w:r>
              <w:rPr>
                <w:b w:val="0"/>
                <w:sz w:val="15"/>
              </w:rPr>
              <w:t>[Impact / Next Step]</w:t>
            </w:r>
          </w:p>
        </w:tc>
      </w:tr>
      <w:tr>
        <w:tc>
          <w:tcPr>
            <w:tcW w:type="dxa" w:w="1872"/>
            <w:vAlign w:val="center"/>
            <w:shd w:fill="F2F2F2"/>
          </w:tcPr>
          <w:p>
            <w:pPr>
              <w:jc w:val="left"/>
            </w:pPr>
            <w:r/>
            <w:r>
              <w:rPr>
                <w:b w:val="0"/>
                <w:sz w:val="15"/>
              </w:rPr>
              <w:t>[New / Updated / Removed]</w:t>
            </w:r>
          </w:p>
        </w:tc>
        <w:tc>
          <w:tcPr>
            <w:tcW w:type="dxa" w:w="3311"/>
            <w:vAlign w:val="center"/>
            <w:shd w:fill="F2F2F2"/>
          </w:tcPr>
          <w:p>
            <w:pPr>
              <w:jc w:val="left"/>
            </w:pPr>
            <w:r/>
            <w:r>
              <w:rPr>
                <w:b w:val="0"/>
                <w:sz w:val="15"/>
              </w:rPr>
              <w:t>[Page Title or URL]</w:t>
            </w:r>
          </w:p>
        </w:tc>
        <w:tc>
          <w:tcPr>
            <w:tcW w:type="dxa" w:w="3311"/>
            <w:vAlign w:val="center"/>
            <w:shd w:fill="F2F2F2"/>
          </w:tcPr>
          <w:p>
            <w:pPr>
              <w:jc w:val="left"/>
            </w:pPr>
            <w:r/>
            <w:r>
              <w:rPr>
                <w:b w:val="0"/>
                <w:sz w:val="15"/>
              </w:rPr>
              <w:t>[Work Completed]</w:t>
            </w:r>
          </w:p>
        </w:tc>
        <w:tc>
          <w:tcPr>
            <w:tcW w:type="dxa" w:w="2160"/>
            <w:vAlign w:val="center"/>
            <w:shd w:fill="F2F2F2"/>
          </w:tcPr>
          <w:p>
            <w:pPr>
              <w:jc w:val="left"/>
            </w:pPr>
            <w:r/>
            <w:r>
              <w:rPr>
                <w:b w:val="0"/>
                <w:sz w:val="15"/>
              </w:rPr>
              <w:t>[Target Keyword]</w:t>
            </w:r>
          </w:p>
        </w:tc>
        <w:tc>
          <w:tcPr>
            <w:tcW w:type="dxa" w:w="1440"/>
            <w:vAlign w:val="center"/>
            <w:shd w:fill="F2F2F2"/>
          </w:tcPr>
          <w:p>
            <w:pPr>
              <w:jc w:val="left"/>
            </w:pPr>
            <w:r/>
            <w:r>
              <w:rPr>
                <w:b w:val="0"/>
                <w:sz w:val="15"/>
              </w:rPr>
              <w:t>[Status]</w:t>
            </w:r>
          </w:p>
        </w:tc>
        <w:tc>
          <w:tcPr>
            <w:tcW w:type="dxa" w:w="2880"/>
            <w:vAlign w:val="center"/>
            <w:shd w:fill="F2F2F2"/>
          </w:tcPr>
          <w:p>
            <w:pPr>
              <w:jc w:val="left"/>
            </w:pPr>
            <w:r/>
            <w:r>
              <w:rPr>
                <w:b w:val="0"/>
                <w:sz w:val="15"/>
              </w:rPr>
              <w:t>[Impact / Next Step]</w:t>
            </w:r>
          </w:p>
        </w:tc>
      </w:tr>
      <w:tr>
        <w:tc>
          <w:tcPr>
            <w:tcW w:type="dxa" w:w="1872"/>
            <w:vAlign w:val="center"/>
          </w:tcPr>
          <w:p>
            <w:pPr>
              <w:jc w:val="left"/>
            </w:pPr>
            <w:r/>
            <w:r>
              <w:rPr>
                <w:b w:val="0"/>
                <w:sz w:val="15"/>
              </w:rPr>
              <w:t>[New / Updated / Removed]</w:t>
            </w:r>
          </w:p>
        </w:tc>
        <w:tc>
          <w:tcPr>
            <w:tcW w:type="dxa" w:w="3311"/>
            <w:vAlign w:val="center"/>
          </w:tcPr>
          <w:p>
            <w:pPr>
              <w:jc w:val="left"/>
            </w:pPr>
            <w:r/>
            <w:r>
              <w:rPr>
                <w:b w:val="0"/>
                <w:sz w:val="15"/>
              </w:rPr>
              <w:t>[Page Title or URL]</w:t>
            </w:r>
          </w:p>
        </w:tc>
        <w:tc>
          <w:tcPr>
            <w:tcW w:type="dxa" w:w="3311"/>
            <w:vAlign w:val="center"/>
          </w:tcPr>
          <w:p>
            <w:pPr>
              <w:jc w:val="left"/>
            </w:pPr>
            <w:r/>
            <w:r>
              <w:rPr>
                <w:b w:val="0"/>
                <w:sz w:val="15"/>
              </w:rPr>
              <w:t>[Work Completed]</w:t>
            </w:r>
          </w:p>
        </w:tc>
        <w:tc>
          <w:tcPr>
            <w:tcW w:type="dxa" w:w="2160"/>
            <w:vAlign w:val="center"/>
          </w:tcPr>
          <w:p>
            <w:pPr>
              <w:jc w:val="left"/>
            </w:pPr>
            <w:r/>
            <w:r>
              <w:rPr>
                <w:b w:val="0"/>
                <w:sz w:val="15"/>
              </w:rPr>
              <w:t>[Target Keyword]</w:t>
            </w:r>
          </w:p>
        </w:tc>
        <w:tc>
          <w:tcPr>
            <w:tcW w:type="dxa" w:w="1440"/>
            <w:vAlign w:val="center"/>
          </w:tcPr>
          <w:p>
            <w:pPr>
              <w:jc w:val="left"/>
            </w:pPr>
            <w:r/>
            <w:r>
              <w:rPr>
                <w:b w:val="0"/>
                <w:sz w:val="15"/>
              </w:rPr>
              <w:t>[Status]</w:t>
            </w:r>
          </w:p>
        </w:tc>
        <w:tc>
          <w:tcPr>
            <w:tcW w:type="dxa" w:w="2880"/>
            <w:vAlign w:val="center"/>
          </w:tcPr>
          <w:p>
            <w:pPr>
              <w:jc w:val="left"/>
            </w:pPr>
            <w:r/>
            <w:r>
              <w:rPr>
                <w:b w:val="0"/>
                <w:sz w:val="15"/>
              </w:rPr>
              <w:t>[Impact / Next Step]</w:t>
            </w:r>
          </w:p>
        </w:tc>
      </w:tr>
      <w:tr>
        <w:tc>
          <w:tcPr>
            <w:tcW w:type="dxa" w:w="1872"/>
            <w:vAlign w:val="center"/>
            <w:shd w:fill="F2F2F2"/>
          </w:tcPr>
          <w:p>
            <w:pPr>
              <w:jc w:val="left"/>
            </w:pPr>
            <w:r/>
            <w:r>
              <w:rPr>
                <w:b w:val="0"/>
                <w:sz w:val="15"/>
              </w:rPr>
              <w:t>[New / Updated / Removed]</w:t>
            </w:r>
          </w:p>
        </w:tc>
        <w:tc>
          <w:tcPr>
            <w:tcW w:type="dxa" w:w="3311"/>
            <w:vAlign w:val="center"/>
            <w:shd w:fill="F2F2F2"/>
          </w:tcPr>
          <w:p>
            <w:pPr>
              <w:jc w:val="left"/>
            </w:pPr>
            <w:r/>
            <w:r>
              <w:rPr>
                <w:b w:val="0"/>
                <w:sz w:val="15"/>
              </w:rPr>
              <w:t>[Page Title or URL]</w:t>
            </w:r>
          </w:p>
        </w:tc>
        <w:tc>
          <w:tcPr>
            <w:tcW w:type="dxa" w:w="3311"/>
            <w:vAlign w:val="center"/>
            <w:shd w:fill="F2F2F2"/>
          </w:tcPr>
          <w:p>
            <w:pPr>
              <w:jc w:val="left"/>
            </w:pPr>
            <w:r/>
            <w:r>
              <w:rPr>
                <w:b w:val="0"/>
                <w:sz w:val="15"/>
              </w:rPr>
              <w:t>[Work Completed]</w:t>
            </w:r>
          </w:p>
        </w:tc>
        <w:tc>
          <w:tcPr>
            <w:tcW w:type="dxa" w:w="2160"/>
            <w:vAlign w:val="center"/>
            <w:shd w:fill="F2F2F2"/>
          </w:tcPr>
          <w:p>
            <w:pPr>
              <w:jc w:val="left"/>
            </w:pPr>
            <w:r/>
            <w:r>
              <w:rPr>
                <w:b w:val="0"/>
                <w:sz w:val="15"/>
              </w:rPr>
              <w:t>[Target Keyword]</w:t>
            </w:r>
          </w:p>
        </w:tc>
        <w:tc>
          <w:tcPr>
            <w:tcW w:type="dxa" w:w="1440"/>
            <w:vAlign w:val="center"/>
            <w:shd w:fill="F2F2F2"/>
          </w:tcPr>
          <w:p>
            <w:pPr>
              <w:jc w:val="left"/>
            </w:pPr>
            <w:r/>
            <w:r>
              <w:rPr>
                <w:b w:val="0"/>
                <w:sz w:val="15"/>
              </w:rPr>
              <w:t>[Status]</w:t>
            </w:r>
          </w:p>
        </w:tc>
        <w:tc>
          <w:tcPr>
            <w:tcW w:type="dxa" w:w="2880"/>
            <w:vAlign w:val="center"/>
            <w:shd w:fill="F2F2F2"/>
          </w:tcPr>
          <w:p>
            <w:pPr>
              <w:jc w:val="left"/>
            </w:pPr>
            <w:r/>
            <w:r>
              <w:rPr>
                <w:b w:val="0"/>
                <w:sz w:val="15"/>
              </w:rPr>
              <w:t>[Impact / Next Step]</w:t>
            </w:r>
          </w:p>
        </w:tc>
      </w:tr>
    </w:tbl>
    <w:p/>
    <w:p>
      <w:pPr>
        <w:pStyle w:val="Heading1"/>
      </w:pPr>
      <w:r>
        <w:rPr>
          <w:rFonts w:ascii="Arial" w:hAnsi="Arial" w:eastAsia="Arial"/>
          <w:color w:val="1F4E79"/>
        </w:rPr>
        <w:t>8. Technical SEO Health</w:t>
      </w:r>
    </w:p>
    <w:p>
      <w:r>
        <w:rPr>
          <w:rFonts w:ascii="Arial" w:hAnsi="Arial" w:eastAsia="Arial"/>
          <w:sz w:val="20"/>
        </w:rPr>
        <w:t>Technical Summary: [Explain the main technical SEO issues found or resolved this month.]</w:t>
      </w:r>
    </w:p>
    <w:p>
      <w:r>
        <w:rPr>
          <w:rFonts w:ascii="Arial" w:hAnsi="Arial" w:eastAsia="Arial"/>
          <w:sz w:val="20"/>
        </w:rPr>
        <w:t>Priority Risk: [Mention any issue that could affect crawling, indexing, speed, or structured data.]</w:t>
      </w:r>
    </w:p>
    <w:tbl>
      <w:tblPr>
        <w:tblStyle w:val="TableGrid"/>
        <w:tblW w:type="auto" w:w="0"/>
        <w:jc w:val="center"/>
        <w:tblLook w:firstColumn="1" w:firstRow="1" w:lastColumn="0" w:lastRow="0" w:noHBand="0" w:noVBand="1" w:val="04A0"/>
      </w:tblPr>
      <w:tblGrid>
        <w:gridCol w:w="3050"/>
        <w:gridCol w:w="3050"/>
        <w:gridCol w:w="3050"/>
        <w:gridCol w:w="3050"/>
        <w:gridCol w:w="3050"/>
      </w:tblGrid>
      <w:tr>
        <w:trPr>
          <w:tblHeader w:val="true"/>
        </w:trPr>
        <w:tc>
          <w:tcPr>
            <w:tcW w:type="dxa" w:w="2880"/>
            <w:vAlign w:val="center"/>
            <w:shd w:fill="1F4E79"/>
          </w:tcPr>
          <w:p>
            <w:pPr>
              <w:jc w:val="left"/>
            </w:pPr>
            <w:r/>
            <w:r>
              <w:rPr>
                <w:b/>
                <w:color w:val="FFFFFF"/>
                <w:sz w:val="15"/>
              </w:rPr>
              <w:t>Technical Area</w:t>
            </w:r>
          </w:p>
        </w:tc>
        <w:tc>
          <w:tcPr>
            <w:tcW w:type="dxa" w:w="2880"/>
            <w:vAlign w:val="center"/>
            <w:shd w:fill="1F4E79"/>
          </w:tcPr>
          <w:p>
            <w:pPr>
              <w:jc w:val="left"/>
            </w:pPr>
            <w:r/>
            <w:r>
              <w:rPr>
                <w:b/>
                <w:color w:val="FFFFFF"/>
                <w:sz w:val="15"/>
              </w:rPr>
              <w:t>Status</w:t>
            </w:r>
          </w:p>
        </w:tc>
        <w:tc>
          <w:tcPr>
            <w:tcW w:type="dxa" w:w="1728"/>
            <w:vAlign w:val="center"/>
            <w:shd w:fill="1F4E79"/>
          </w:tcPr>
          <w:p>
            <w:pPr>
              <w:jc w:val="left"/>
            </w:pPr>
            <w:r/>
            <w:r>
              <w:rPr>
                <w:b/>
                <w:color w:val="FFFFFF"/>
                <w:sz w:val="15"/>
              </w:rPr>
              <w:t>Impact</w:t>
            </w:r>
          </w:p>
        </w:tc>
        <w:tc>
          <w:tcPr>
            <w:tcW w:type="dxa" w:w="3744"/>
            <w:vAlign w:val="center"/>
            <w:shd w:fill="1F4E79"/>
          </w:tcPr>
          <w:p>
            <w:pPr>
              <w:jc w:val="left"/>
            </w:pPr>
            <w:r/>
            <w:r>
              <w:rPr>
                <w:b/>
                <w:color w:val="FFFFFF"/>
                <w:sz w:val="15"/>
              </w:rPr>
              <w:t>Details</w:t>
            </w:r>
          </w:p>
        </w:tc>
        <w:tc>
          <w:tcPr>
            <w:tcW w:type="dxa" w:w="3456"/>
            <w:vAlign w:val="center"/>
            <w:shd w:fill="1F4E79"/>
          </w:tcPr>
          <w:p>
            <w:pPr>
              <w:jc w:val="left"/>
            </w:pPr>
            <w:r/>
            <w:r>
              <w:rPr>
                <w:b/>
                <w:color w:val="FFFFFF"/>
                <w:sz w:val="15"/>
              </w:rPr>
              <w:t>Next Action</w:t>
            </w:r>
          </w:p>
        </w:tc>
      </w:tr>
      <w:tr>
        <w:tc>
          <w:tcPr>
            <w:tcW w:type="dxa" w:w="2880"/>
            <w:vAlign w:val="center"/>
          </w:tcPr>
          <w:p>
            <w:pPr>
              <w:jc w:val="left"/>
            </w:pPr>
            <w:r/>
            <w:r>
              <w:rPr>
                <w:b w:val="0"/>
                <w:sz w:val="15"/>
              </w:rPr>
              <w:t>Crawl Errors</w:t>
            </w:r>
          </w:p>
        </w:tc>
        <w:tc>
          <w:tcPr>
            <w:tcW w:type="dxa" w:w="2880"/>
            <w:vAlign w:val="center"/>
          </w:tcPr>
          <w:p>
            <w:pPr>
              <w:jc w:val="left"/>
            </w:pPr>
            <w:r/>
            <w:r>
              <w:rPr>
                <w:b w:val="0"/>
                <w:sz w:val="15"/>
              </w:rPr>
              <w:t>[Resolved / In Progress / Needs Attention]</w:t>
            </w:r>
          </w:p>
        </w:tc>
        <w:tc>
          <w:tcPr>
            <w:tcW w:type="dxa" w:w="1728"/>
            <w:vAlign w:val="center"/>
          </w:tcPr>
          <w:p>
            <w:pPr>
              <w:jc w:val="left"/>
            </w:pPr>
            <w:r/>
            <w:r>
              <w:rPr>
                <w:b w:val="0"/>
                <w:sz w:val="15"/>
              </w:rPr>
              <w:t>[Low / Medium / High]</w:t>
            </w:r>
          </w:p>
        </w:tc>
        <w:tc>
          <w:tcPr>
            <w:tcW w:type="dxa" w:w="3744"/>
            <w:vAlign w:val="center"/>
          </w:tcPr>
          <w:p>
            <w:pPr>
              <w:jc w:val="left"/>
            </w:pPr>
            <w:r/>
            <w:r>
              <w:rPr>
                <w:b w:val="0"/>
                <w:sz w:val="15"/>
              </w:rPr>
              <w:t>[Details]</w:t>
            </w:r>
          </w:p>
        </w:tc>
        <w:tc>
          <w:tcPr>
            <w:tcW w:type="dxa" w:w="3456"/>
            <w:vAlign w:val="center"/>
          </w:tcPr>
          <w:p>
            <w:pPr>
              <w:jc w:val="left"/>
            </w:pPr>
            <w:r/>
            <w:r>
              <w:rPr>
                <w:b w:val="0"/>
                <w:sz w:val="15"/>
              </w:rPr>
              <w:t>[Next Action]</w:t>
            </w:r>
          </w:p>
        </w:tc>
      </w:tr>
      <w:tr>
        <w:tc>
          <w:tcPr>
            <w:tcW w:type="dxa" w:w="2880"/>
            <w:vAlign w:val="center"/>
            <w:shd w:fill="F2F2F2"/>
          </w:tcPr>
          <w:p>
            <w:pPr>
              <w:jc w:val="left"/>
            </w:pPr>
            <w:r/>
            <w:r>
              <w:rPr>
                <w:b w:val="0"/>
                <w:sz w:val="15"/>
              </w:rPr>
              <w:t>Indexing Issues</w:t>
            </w:r>
          </w:p>
        </w:tc>
        <w:tc>
          <w:tcPr>
            <w:tcW w:type="dxa" w:w="2880"/>
            <w:vAlign w:val="center"/>
            <w:shd w:fill="F2F2F2"/>
          </w:tcPr>
          <w:p>
            <w:pPr>
              <w:jc w:val="left"/>
            </w:pPr>
            <w:r/>
            <w:r>
              <w:rPr>
                <w:b w:val="0"/>
                <w:sz w:val="15"/>
              </w:rPr>
              <w:t>[Resolved / In Progress / Needs Attention]</w:t>
            </w:r>
          </w:p>
        </w:tc>
        <w:tc>
          <w:tcPr>
            <w:tcW w:type="dxa" w:w="1728"/>
            <w:vAlign w:val="center"/>
            <w:shd w:fill="F2F2F2"/>
          </w:tcPr>
          <w:p>
            <w:pPr>
              <w:jc w:val="left"/>
            </w:pPr>
            <w:r/>
            <w:r>
              <w:rPr>
                <w:b w:val="0"/>
                <w:sz w:val="15"/>
              </w:rPr>
              <w:t>[Low / Medium / High]</w:t>
            </w:r>
          </w:p>
        </w:tc>
        <w:tc>
          <w:tcPr>
            <w:tcW w:type="dxa" w:w="3744"/>
            <w:vAlign w:val="center"/>
            <w:shd w:fill="F2F2F2"/>
          </w:tcPr>
          <w:p>
            <w:pPr>
              <w:jc w:val="left"/>
            </w:pPr>
            <w:r/>
            <w:r>
              <w:rPr>
                <w:b w:val="0"/>
                <w:sz w:val="15"/>
              </w:rPr>
              <w:t>[Details]</w:t>
            </w:r>
          </w:p>
        </w:tc>
        <w:tc>
          <w:tcPr>
            <w:tcW w:type="dxa" w:w="3456"/>
            <w:vAlign w:val="center"/>
            <w:shd w:fill="F2F2F2"/>
          </w:tcPr>
          <w:p>
            <w:pPr>
              <w:jc w:val="left"/>
            </w:pPr>
            <w:r/>
            <w:r>
              <w:rPr>
                <w:b w:val="0"/>
                <w:sz w:val="15"/>
              </w:rPr>
              <w:t>[Next Action]</w:t>
            </w:r>
          </w:p>
        </w:tc>
      </w:tr>
      <w:tr>
        <w:tc>
          <w:tcPr>
            <w:tcW w:type="dxa" w:w="2880"/>
            <w:vAlign w:val="center"/>
          </w:tcPr>
          <w:p>
            <w:pPr>
              <w:jc w:val="left"/>
            </w:pPr>
            <w:r/>
            <w:r>
              <w:rPr>
                <w:b w:val="0"/>
                <w:sz w:val="15"/>
              </w:rPr>
              <w:t>Broken Links</w:t>
            </w:r>
          </w:p>
        </w:tc>
        <w:tc>
          <w:tcPr>
            <w:tcW w:type="dxa" w:w="2880"/>
            <w:vAlign w:val="center"/>
          </w:tcPr>
          <w:p>
            <w:pPr>
              <w:jc w:val="left"/>
            </w:pPr>
            <w:r/>
            <w:r>
              <w:rPr>
                <w:b w:val="0"/>
                <w:sz w:val="15"/>
              </w:rPr>
              <w:t>[Resolved / In Progress / Needs Attention]</w:t>
            </w:r>
          </w:p>
        </w:tc>
        <w:tc>
          <w:tcPr>
            <w:tcW w:type="dxa" w:w="1728"/>
            <w:vAlign w:val="center"/>
          </w:tcPr>
          <w:p>
            <w:pPr>
              <w:jc w:val="left"/>
            </w:pPr>
            <w:r/>
            <w:r>
              <w:rPr>
                <w:b w:val="0"/>
                <w:sz w:val="15"/>
              </w:rPr>
              <w:t>[Low / Medium / High]</w:t>
            </w:r>
          </w:p>
        </w:tc>
        <w:tc>
          <w:tcPr>
            <w:tcW w:type="dxa" w:w="3744"/>
            <w:vAlign w:val="center"/>
          </w:tcPr>
          <w:p>
            <w:pPr>
              <w:jc w:val="left"/>
            </w:pPr>
            <w:r/>
            <w:r>
              <w:rPr>
                <w:b w:val="0"/>
                <w:sz w:val="15"/>
              </w:rPr>
              <w:t>[Details]</w:t>
            </w:r>
          </w:p>
        </w:tc>
        <w:tc>
          <w:tcPr>
            <w:tcW w:type="dxa" w:w="3456"/>
            <w:vAlign w:val="center"/>
          </w:tcPr>
          <w:p>
            <w:pPr>
              <w:jc w:val="left"/>
            </w:pPr>
            <w:r/>
            <w:r>
              <w:rPr>
                <w:b w:val="0"/>
                <w:sz w:val="15"/>
              </w:rPr>
              <w:t>[Next Action]</w:t>
            </w:r>
          </w:p>
        </w:tc>
      </w:tr>
      <w:tr>
        <w:tc>
          <w:tcPr>
            <w:tcW w:type="dxa" w:w="2880"/>
            <w:vAlign w:val="center"/>
            <w:shd w:fill="F2F2F2"/>
          </w:tcPr>
          <w:p>
            <w:pPr>
              <w:jc w:val="left"/>
            </w:pPr>
            <w:r/>
            <w:r>
              <w:rPr>
                <w:b w:val="0"/>
                <w:sz w:val="15"/>
              </w:rPr>
              <w:t>Redirect Issues</w:t>
            </w:r>
          </w:p>
        </w:tc>
        <w:tc>
          <w:tcPr>
            <w:tcW w:type="dxa" w:w="2880"/>
            <w:vAlign w:val="center"/>
            <w:shd w:fill="F2F2F2"/>
          </w:tcPr>
          <w:p>
            <w:pPr>
              <w:jc w:val="left"/>
            </w:pPr>
            <w:r/>
            <w:r>
              <w:rPr>
                <w:b w:val="0"/>
                <w:sz w:val="15"/>
              </w:rPr>
              <w:t>[Resolved / In Progress / Needs Attention]</w:t>
            </w:r>
          </w:p>
        </w:tc>
        <w:tc>
          <w:tcPr>
            <w:tcW w:type="dxa" w:w="1728"/>
            <w:vAlign w:val="center"/>
            <w:shd w:fill="F2F2F2"/>
          </w:tcPr>
          <w:p>
            <w:pPr>
              <w:jc w:val="left"/>
            </w:pPr>
            <w:r/>
            <w:r>
              <w:rPr>
                <w:b w:val="0"/>
                <w:sz w:val="15"/>
              </w:rPr>
              <w:t>[Low / Medium / High]</w:t>
            </w:r>
          </w:p>
        </w:tc>
        <w:tc>
          <w:tcPr>
            <w:tcW w:type="dxa" w:w="3744"/>
            <w:vAlign w:val="center"/>
            <w:shd w:fill="F2F2F2"/>
          </w:tcPr>
          <w:p>
            <w:pPr>
              <w:jc w:val="left"/>
            </w:pPr>
            <w:r/>
            <w:r>
              <w:rPr>
                <w:b w:val="0"/>
                <w:sz w:val="15"/>
              </w:rPr>
              <w:t>[Details]</w:t>
            </w:r>
          </w:p>
        </w:tc>
        <w:tc>
          <w:tcPr>
            <w:tcW w:type="dxa" w:w="3456"/>
            <w:vAlign w:val="center"/>
            <w:shd w:fill="F2F2F2"/>
          </w:tcPr>
          <w:p>
            <w:pPr>
              <w:jc w:val="left"/>
            </w:pPr>
            <w:r/>
            <w:r>
              <w:rPr>
                <w:b w:val="0"/>
                <w:sz w:val="15"/>
              </w:rPr>
              <w:t>[Next Action]</w:t>
            </w:r>
          </w:p>
        </w:tc>
      </w:tr>
      <w:tr>
        <w:tc>
          <w:tcPr>
            <w:tcW w:type="dxa" w:w="2880"/>
            <w:vAlign w:val="center"/>
          </w:tcPr>
          <w:p>
            <w:pPr>
              <w:jc w:val="left"/>
            </w:pPr>
            <w:r/>
            <w:r>
              <w:rPr>
                <w:b w:val="0"/>
                <w:sz w:val="15"/>
              </w:rPr>
              <w:t>Canonical Issues</w:t>
            </w:r>
          </w:p>
        </w:tc>
        <w:tc>
          <w:tcPr>
            <w:tcW w:type="dxa" w:w="2880"/>
            <w:vAlign w:val="center"/>
          </w:tcPr>
          <w:p>
            <w:pPr>
              <w:jc w:val="left"/>
            </w:pPr>
            <w:r/>
            <w:r>
              <w:rPr>
                <w:b w:val="0"/>
                <w:sz w:val="15"/>
              </w:rPr>
              <w:t>[Resolved / In Progress / Needs Attention]</w:t>
            </w:r>
          </w:p>
        </w:tc>
        <w:tc>
          <w:tcPr>
            <w:tcW w:type="dxa" w:w="1728"/>
            <w:vAlign w:val="center"/>
          </w:tcPr>
          <w:p>
            <w:pPr>
              <w:jc w:val="left"/>
            </w:pPr>
            <w:r/>
            <w:r>
              <w:rPr>
                <w:b w:val="0"/>
                <w:sz w:val="15"/>
              </w:rPr>
              <w:t>[Low / Medium / High]</w:t>
            </w:r>
          </w:p>
        </w:tc>
        <w:tc>
          <w:tcPr>
            <w:tcW w:type="dxa" w:w="3744"/>
            <w:vAlign w:val="center"/>
          </w:tcPr>
          <w:p>
            <w:pPr>
              <w:jc w:val="left"/>
            </w:pPr>
            <w:r/>
            <w:r>
              <w:rPr>
                <w:b w:val="0"/>
                <w:sz w:val="15"/>
              </w:rPr>
              <w:t>[Details]</w:t>
            </w:r>
          </w:p>
        </w:tc>
        <w:tc>
          <w:tcPr>
            <w:tcW w:type="dxa" w:w="3456"/>
            <w:vAlign w:val="center"/>
          </w:tcPr>
          <w:p>
            <w:pPr>
              <w:jc w:val="left"/>
            </w:pPr>
            <w:r/>
            <w:r>
              <w:rPr>
                <w:b w:val="0"/>
                <w:sz w:val="15"/>
              </w:rPr>
              <w:t>[Next Action]</w:t>
            </w:r>
          </w:p>
        </w:tc>
      </w:tr>
      <w:tr>
        <w:tc>
          <w:tcPr>
            <w:tcW w:type="dxa" w:w="2880"/>
            <w:vAlign w:val="center"/>
            <w:shd w:fill="F2F2F2"/>
          </w:tcPr>
          <w:p>
            <w:pPr>
              <w:jc w:val="left"/>
            </w:pPr>
            <w:r/>
            <w:r>
              <w:rPr>
                <w:b w:val="0"/>
                <w:sz w:val="15"/>
              </w:rPr>
              <w:t>Sitemap / Robots.txt</w:t>
            </w:r>
          </w:p>
        </w:tc>
        <w:tc>
          <w:tcPr>
            <w:tcW w:type="dxa" w:w="2880"/>
            <w:vAlign w:val="center"/>
            <w:shd w:fill="F2F2F2"/>
          </w:tcPr>
          <w:p>
            <w:pPr>
              <w:jc w:val="left"/>
            </w:pPr>
            <w:r/>
            <w:r>
              <w:rPr>
                <w:b w:val="0"/>
                <w:sz w:val="15"/>
              </w:rPr>
              <w:t>[Resolved / In Progress / Needs Attention]</w:t>
            </w:r>
          </w:p>
        </w:tc>
        <w:tc>
          <w:tcPr>
            <w:tcW w:type="dxa" w:w="1728"/>
            <w:vAlign w:val="center"/>
            <w:shd w:fill="F2F2F2"/>
          </w:tcPr>
          <w:p>
            <w:pPr>
              <w:jc w:val="left"/>
            </w:pPr>
            <w:r/>
            <w:r>
              <w:rPr>
                <w:b w:val="0"/>
                <w:sz w:val="15"/>
              </w:rPr>
              <w:t>[Low / Medium / High]</w:t>
            </w:r>
          </w:p>
        </w:tc>
        <w:tc>
          <w:tcPr>
            <w:tcW w:type="dxa" w:w="3744"/>
            <w:vAlign w:val="center"/>
            <w:shd w:fill="F2F2F2"/>
          </w:tcPr>
          <w:p>
            <w:pPr>
              <w:jc w:val="left"/>
            </w:pPr>
            <w:r/>
            <w:r>
              <w:rPr>
                <w:b w:val="0"/>
                <w:sz w:val="15"/>
              </w:rPr>
              <w:t>[Details]</w:t>
            </w:r>
          </w:p>
        </w:tc>
        <w:tc>
          <w:tcPr>
            <w:tcW w:type="dxa" w:w="3456"/>
            <w:vAlign w:val="center"/>
            <w:shd w:fill="F2F2F2"/>
          </w:tcPr>
          <w:p>
            <w:pPr>
              <w:jc w:val="left"/>
            </w:pPr>
            <w:r/>
            <w:r>
              <w:rPr>
                <w:b w:val="0"/>
                <w:sz w:val="15"/>
              </w:rPr>
              <w:t>[Next Action]</w:t>
            </w:r>
          </w:p>
        </w:tc>
      </w:tr>
      <w:tr>
        <w:tc>
          <w:tcPr>
            <w:tcW w:type="dxa" w:w="2880"/>
            <w:vAlign w:val="center"/>
          </w:tcPr>
          <w:p>
            <w:pPr>
              <w:jc w:val="left"/>
            </w:pPr>
            <w:r/>
            <w:r>
              <w:rPr>
                <w:b w:val="0"/>
                <w:sz w:val="15"/>
              </w:rPr>
              <w:t>Core Web Vitals</w:t>
            </w:r>
          </w:p>
        </w:tc>
        <w:tc>
          <w:tcPr>
            <w:tcW w:type="dxa" w:w="2880"/>
            <w:vAlign w:val="center"/>
          </w:tcPr>
          <w:p>
            <w:pPr>
              <w:jc w:val="left"/>
            </w:pPr>
            <w:r/>
            <w:r>
              <w:rPr>
                <w:b w:val="0"/>
                <w:sz w:val="15"/>
              </w:rPr>
              <w:t>[Resolved / In Progress / Needs Attention]</w:t>
            </w:r>
          </w:p>
        </w:tc>
        <w:tc>
          <w:tcPr>
            <w:tcW w:type="dxa" w:w="1728"/>
            <w:vAlign w:val="center"/>
          </w:tcPr>
          <w:p>
            <w:pPr>
              <w:jc w:val="left"/>
            </w:pPr>
            <w:r/>
            <w:r>
              <w:rPr>
                <w:b w:val="0"/>
                <w:sz w:val="15"/>
              </w:rPr>
              <w:t>[Low / Medium / High]</w:t>
            </w:r>
          </w:p>
        </w:tc>
        <w:tc>
          <w:tcPr>
            <w:tcW w:type="dxa" w:w="3744"/>
            <w:vAlign w:val="center"/>
          </w:tcPr>
          <w:p>
            <w:pPr>
              <w:jc w:val="left"/>
            </w:pPr>
            <w:r/>
            <w:r>
              <w:rPr>
                <w:b w:val="0"/>
                <w:sz w:val="15"/>
              </w:rPr>
              <w:t>[Details]</w:t>
            </w:r>
          </w:p>
        </w:tc>
        <w:tc>
          <w:tcPr>
            <w:tcW w:type="dxa" w:w="3456"/>
            <w:vAlign w:val="center"/>
          </w:tcPr>
          <w:p>
            <w:pPr>
              <w:jc w:val="left"/>
            </w:pPr>
            <w:r/>
            <w:r>
              <w:rPr>
                <w:b w:val="0"/>
                <w:sz w:val="15"/>
              </w:rPr>
              <w:t>[Next Action]</w:t>
            </w:r>
          </w:p>
        </w:tc>
      </w:tr>
      <w:tr>
        <w:tc>
          <w:tcPr>
            <w:tcW w:type="dxa" w:w="2880"/>
            <w:vAlign w:val="center"/>
            <w:shd w:fill="F2F2F2"/>
          </w:tcPr>
          <w:p>
            <w:pPr>
              <w:jc w:val="left"/>
            </w:pPr>
            <w:r/>
            <w:r>
              <w:rPr>
                <w:b w:val="0"/>
                <w:sz w:val="15"/>
              </w:rPr>
              <w:t>Structured Data</w:t>
            </w:r>
          </w:p>
        </w:tc>
        <w:tc>
          <w:tcPr>
            <w:tcW w:type="dxa" w:w="2880"/>
            <w:vAlign w:val="center"/>
            <w:shd w:fill="F2F2F2"/>
          </w:tcPr>
          <w:p>
            <w:pPr>
              <w:jc w:val="left"/>
            </w:pPr>
            <w:r/>
            <w:r>
              <w:rPr>
                <w:b w:val="0"/>
                <w:sz w:val="15"/>
              </w:rPr>
              <w:t>[Resolved / In Progress / Needs Attention]</w:t>
            </w:r>
          </w:p>
        </w:tc>
        <w:tc>
          <w:tcPr>
            <w:tcW w:type="dxa" w:w="1728"/>
            <w:vAlign w:val="center"/>
            <w:shd w:fill="F2F2F2"/>
          </w:tcPr>
          <w:p>
            <w:pPr>
              <w:jc w:val="left"/>
            </w:pPr>
            <w:r/>
            <w:r>
              <w:rPr>
                <w:b w:val="0"/>
                <w:sz w:val="15"/>
              </w:rPr>
              <w:t>[Low / Medium / High]</w:t>
            </w:r>
          </w:p>
        </w:tc>
        <w:tc>
          <w:tcPr>
            <w:tcW w:type="dxa" w:w="3744"/>
            <w:vAlign w:val="center"/>
            <w:shd w:fill="F2F2F2"/>
          </w:tcPr>
          <w:p>
            <w:pPr>
              <w:jc w:val="left"/>
            </w:pPr>
            <w:r/>
            <w:r>
              <w:rPr>
                <w:b w:val="0"/>
                <w:sz w:val="15"/>
              </w:rPr>
              <w:t>[Details]</w:t>
            </w:r>
          </w:p>
        </w:tc>
        <w:tc>
          <w:tcPr>
            <w:tcW w:type="dxa" w:w="3456"/>
            <w:vAlign w:val="center"/>
            <w:shd w:fill="F2F2F2"/>
          </w:tcPr>
          <w:p>
            <w:pPr>
              <w:jc w:val="left"/>
            </w:pPr>
            <w:r/>
            <w:r>
              <w:rPr>
                <w:b w:val="0"/>
                <w:sz w:val="15"/>
              </w:rPr>
              <w:t>[Next Action]</w:t>
            </w:r>
          </w:p>
        </w:tc>
      </w:tr>
    </w:tbl>
    <w:p/>
    <w:p>
      <w:pPr>
        <w:pStyle w:val="Heading1"/>
      </w:pPr>
      <w:r>
        <w:rPr>
          <w:rFonts w:ascii="Arial" w:hAnsi="Arial" w:eastAsia="Arial"/>
          <w:color w:val="1F4E79"/>
        </w:rPr>
        <w:t>9. Backlink and Authority Overview</w:t>
      </w:r>
    </w:p>
    <w:p>
      <w:r>
        <w:rPr>
          <w:rFonts w:ascii="Arial" w:hAnsi="Arial" w:eastAsia="Arial"/>
          <w:sz w:val="20"/>
        </w:rPr>
        <w:t>Authority Summary: [Explain new links, lost links, referring domains, and link quality.]</w:t>
      </w:r>
    </w:p>
    <w:p>
      <w:r>
        <w:rPr>
          <w:rFonts w:ascii="Arial" w:hAnsi="Arial" w:eastAsia="Arial"/>
          <w:sz w:val="20"/>
        </w:rPr>
        <w:t>Quality Note: [Mention whether links are relevant, trusted, local, industry-specific, or low quality.]</w:t>
      </w:r>
    </w:p>
    <w:tbl>
      <w:tblPr>
        <w:tblStyle w:val="TableGrid"/>
        <w:tblW w:type="auto" w:w="0"/>
        <w:jc w:val="center"/>
        <w:tblLook w:firstColumn="1" w:firstRow="1" w:lastColumn="0" w:lastRow="0" w:noHBand="0" w:noVBand="1" w:val="04A0"/>
      </w:tblPr>
      <w:tblGrid>
        <w:gridCol w:w="5083"/>
        <w:gridCol w:w="5083"/>
        <w:gridCol w:w="5083"/>
      </w:tblGrid>
      <w:tr>
        <w:trPr>
          <w:tblHeader w:val="true"/>
        </w:trPr>
        <w:tc>
          <w:tcPr>
            <w:tcW w:type="dxa" w:w="3600"/>
            <w:vAlign w:val="center"/>
            <w:shd w:fill="1F4E79"/>
          </w:tcPr>
          <w:p>
            <w:pPr>
              <w:jc w:val="left"/>
            </w:pPr>
            <w:r/>
            <w:r>
              <w:rPr>
                <w:b/>
                <w:color w:val="FFFFFF"/>
                <w:sz w:val="16"/>
              </w:rPr>
              <w:t>Metric</w:t>
            </w:r>
          </w:p>
        </w:tc>
        <w:tc>
          <w:tcPr>
            <w:tcW w:type="dxa" w:w="3168"/>
            <w:vAlign w:val="center"/>
            <w:shd w:fill="1F4E79"/>
          </w:tcPr>
          <w:p>
            <w:pPr>
              <w:jc w:val="left"/>
            </w:pPr>
            <w:r/>
            <w:r>
              <w:rPr>
                <w:b/>
                <w:color w:val="FFFFFF"/>
                <w:sz w:val="16"/>
              </w:rPr>
              <w:t>Value</w:t>
            </w:r>
          </w:p>
        </w:tc>
        <w:tc>
          <w:tcPr>
            <w:tcW w:type="dxa" w:w="7920"/>
            <w:vAlign w:val="center"/>
            <w:shd w:fill="1F4E79"/>
          </w:tcPr>
          <w:p>
            <w:pPr>
              <w:jc w:val="left"/>
            </w:pPr>
            <w:r/>
            <w:r>
              <w:rPr>
                <w:b/>
                <w:color w:val="FFFFFF"/>
                <w:sz w:val="16"/>
              </w:rPr>
              <w:t>Commentary</w:t>
            </w:r>
          </w:p>
        </w:tc>
      </w:tr>
      <w:tr>
        <w:tc>
          <w:tcPr>
            <w:tcW w:type="dxa" w:w="3600"/>
            <w:vAlign w:val="center"/>
          </w:tcPr>
          <w:p>
            <w:pPr>
              <w:jc w:val="left"/>
            </w:pPr>
            <w:r/>
            <w:r>
              <w:rPr>
                <w:b w:val="0"/>
                <w:sz w:val="16"/>
              </w:rPr>
              <w:t>New Referring Domains</w:t>
            </w:r>
          </w:p>
        </w:tc>
        <w:tc>
          <w:tcPr>
            <w:tcW w:type="dxa" w:w="3168"/>
            <w:vAlign w:val="center"/>
          </w:tcPr>
          <w:p>
            <w:pPr>
              <w:jc w:val="left"/>
            </w:pPr>
            <w:r/>
            <w:r>
              <w:rPr>
                <w:b w:val="0"/>
                <w:sz w:val="16"/>
              </w:rPr>
              <w:t>[ ]</w:t>
            </w:r>
          </w:p>
        </w:tc>
        <w:tc>
          <w:tcPr>
            <w:tcW w:type="dxa" w:w="7920"/>
            <w:vAlign w:val="center"/>
          </w:tcPr>
          <w:p>
            <w:pPr>
              <w:jc w:val="left"/>
            </w:pPr>
            <w:r/>
            <w:r>
              <w:rPr>
                <w:b w:val="0"/>
                <w:sz w:val="16"/>
              </w:rPr>
              <w:t>[Details / Notes]</w:t>
            </w:r>
          </w:p>
        </w:tc>
      </w:tr>
      <w:tr>
        <w:tc>
          <w:tcPr>
            <w:tcW w:type="dxa" w:w="3600"/>
            <w:vAlign w:val="center"/>
            <w:shd w:fill="F2F2F2"/>
          </w:tcPr>
          <w:p>
            <w:pPr>
              <w:jc w:val="left"/>
            </w:pPr>
            <w:r/>
            <w:r>
              <w:rPr>
                <w:b w:val="0"/>
                <w:sz w:val="16"/>
              </w:rPr>
              <w:t>New Backlinks</w:t>
            </w:r>
          </w:p>
        </w:tc>
        <w:tc>
          <w:tcPr>
            <w:tcW w:type="dxa" w:w="3168"/>
            <w:vAlign w:val="center"/>
            <w:shd w:fill="F2F2F2"/>
          </w:tcPr>
          <w:p>
            <w:pPr>
              <w:jc w:val="left"/>
            </w:pPr>
            <w:r/>
            <w:r>
              <w:rPr>
                <w:b w:val="0"/>
                <w:sz w:val="16"/>
              </w:rPr>
              <w:t>[ ]</w:t>
            </w:r>
          </w:p>
        </w:tc>
        <w:tc>
          <w:tcPr>
            <w:tcW w:type="dxa" w:w="7920"/>
            <w:vAlign w:val="center"/>
            <w:shd w:fill="F2F2F2"/>
          </w:tcPr>
          <w:p>
            <w:pPr>
              <w:jc w:val="left"/>
            </w:pPr>
            <w:r/>
            <w:r>
              <w:rPr>
                <w:b w:val="0"/>
                <w:sz w:val="16"/>
              </w:rPr>
              <w:t>[Details / Notes]</w:t>
            </w:r>
          </w:p>
        </w:tc>
      </w:tr>
      <w:tr>
        <w:tc>
          <w:tcPr>
            <w:tcW w:type="dxa" w:w="3600"/>
            <w:vAlign w:val="center"/>
          </w:tcPr>
          <w:p>
            <w:pPr>
              <w:jc w:val="left"/>
            </w:pPr>
            <w:r/>
            <w:r>
              <w:rPr>
                <w:b w:val="0"/>
                <w:sz w:val="16"/>
              </w:rPr>
              <w:t>Lost Backlinks</w:t>
            </w:r>
          </w:p>
        </w:tc>
        <w:tc>
          <w:tcPr>
            <w:tcW w:type="dxa" w:w="3168"/>
            <w:vAlign w:val="center"/>
          </w:tcPr>
          <w:p>
            <w:pPr>
              <w:jc w:val="left"/>
            </w:pPr>
            <w:r/>
            <w:r>
              <w:rPr>
                <w:b w:val="0"/>
                <w:sz w:val="16"/>
              </w:rPr>
              <w:t>[ ]</w:t>
            </w:r>
          </w:p>
        </w:tc>
        <w:tc>
          <w:tcPr>
            <w:tcW w:type="dxa" w:w="7920"/>
            <w:vAlign w:val="center"/>
          </w:tcPr>
          <w:p>
            <w:pPr>
              <w:jc w:val="left"/>
            </w:pPr>
            <w:r/>
            <w:r>
              <w:rPr>
                <w:b w:val="0"/>
                <w:sz w:val="16"/>
              </w:rPr>
              <w:t>[Details / Notes]</w:t>
            </w:r>
          </w:p>
        </w:tc>
      </w:tr>
      <w:tr>
        <w:tc>
          <w:tcPr>
            <w:tcW w:type="dxa" w:w="3600"/>
            <w:vAlign w:val="center"/>
            <w:shd w:fill="F2F2F2"/>
          </w:tcPr>
          <w:p>
            <w:pPr>
              <w:jc w:val="left"/>
            </w:pPr>
            <w:r/>
            <w:r>
              <w:rPr>
                <w:b w:val="0"/>
                <w:sz w:val="16"/>
              </w:rPr>
              <w:t>Highest-Value Link Gained</w:t>
            </w:r>
          </w:p>
        </w:tc>
        <w:tc>
          <w:tcPr>
            <w:tcW w:type="dxa" w:w="3168"/>
            <w:vAlign w:val="center"/>
            <w:shd w:fill="F2F2F2"/>
          </w:tcPr>
          <w:p>
            <w:pPr>
              <w:jc w:val="left"/>
            </w:pPr>
            <w:r/>
            <w:r>
              <w:rPr>
                <w:b w:val="0"/>
                <w:sz w:val="16"/>
              </w:rPr>
              <w:t>[URL / Domain]</w:t>
            </w:r>
          </w:p>
        </w:tc>
        <w:tc>
          <w:tcPr>
            <w:tcW w:type="dxa" w:w="7920"/>
            <w:vAlign w:val="center"/>
            <w:shd w:fill="F2F2F2"/>
          </w:tcPr>
          <w:p>
            <w:pPr>
              <w:jc w:val="left"/>
            </w:pPr>
            <w:r/>
            <w:r>
              <w:rPr>
                <w:b w:val="0"/>
                <w:sz w:val="16"/>
              </w:rPr>
              <w:t>[Why it matters]</w:t>
            </w:r>
          </w:p>
        </w:tc>
      </w:tr>
      <w:tr>
        <w:tc>
          <w:tcPr>
            <w:tcW w:type="dxa" w:w="3600"/>
            <w:vAlign w:val="center"/>
          </w:tcPr>
          <w:p>
            <w:pPr>
              <w:jc w:val="left"/>
            </w:pPr>
            <w:r/>
            <w:r>
              <w:rPr>
                <w:b w:val="0"/>
                <w:sz w:val="16"/>
              </w:rPr>
              <w:t>Spammy Links Found</w:t>
            </w:r>
          </w:p>
        </w:tc>
        <w:tc>
          <w:tcPr>
            <w:tcW w:type="dxa" w:w="3168"/>
            <w:vAlign w:val="center"/>
          </w:tcPr>
          <w:p>
            <w:pPr>
              <w:jc w:val="left"/>
            </w:pPr>
            <w:r/>
            <w:r>
              <w:rPr>
                <w:b w:val="0"/>
                <w:sz w:val="16"/>
              </w:rPr>
              <w:t>[ ]</w:t>
            </w:r>
          </w:p>
        </w:tc>
        <w:tc>
          <w:tcPr>
            <w:tcW w:type="dxa" w:w="7920"/>
            <w:vAlign w:val="center"/>
          </w:tcPr>
          <w:p>
            <w:pPr>
              <w:jc w:val="left"/>
            </w:pPr>
            <w:r/>
            <w:r>
              <w:rPr>
                <w:b w:val="0"/>
                <w:sz w:val="16"/>
              </w:rPr>
              <w:t>[Action needed or no action needed]</w:t>
            </w:r>
          </w:p>
        </w:tc>
      </w:tr>
      <w:tr>
        <w:tc>
          <w:tcPr>
            <w:tcW w:type="dxa" w:w="3600"/>
            <w:vAlign w:val="center"/>
            <w:shd w:fill="F2F2F2"/>
          </w:tcPr>
          <w:p>
            <w:pPr>
              <w:jc w:val="left"/>
            </w:pPr>
            <w:r/>
            <w:r>
              <w:rPr>
                <w:b w:val="0"/>
                <w:sz w:val="16"/>
              </w:rPr>
              <w:t>Competitor Link Gap</w:t>
            </w:r>
          </w:p>
        </w:tc>
        <w:tc>
          <w:tcPr>
            <w:tcW w:type="dxa" w:w="3168"/>
            <w:vAlign w:val="center"/>
            <w:shd w:fill="F2F2F2"/>
          </w:tcPr>
          <w:p>
            <w:pPr>
              <w:jc w:val="left"/>
            </w:pPr>
            <w:r/>
            <w:r>
              <w:rPr>
                <w:b w:val="0"/>
                <w:sz w:val="16"/>
              </w:rPr>
              <w:t>[ ]</w:t>
            </w:r>
          </w:p>
        </w:tc>
        <w:tc>
          <w:tcPr>
            <w:tcW w:type="dxa" w:w="7920"/>
            <w:vAlign w:val="center"/>
            <w:shd w:fill="F2F2F2"/>
          </w:tcPr>
          <w:p>
            <w:pPr>
              <w:jc w:val="left"/>
            </w:pPr>
            <w:r/>
            <w:r>
              <w:rPr>
                <w:b w:val="0"/>
                <w:sz w:val="16"/>
              </w:rPr>
              <w:t>[Opportunity]</w:t>
            </w:r>
          </w:p>
        </w:tc>
      </w:tr>
    </w:tbl>
    <w:p/>
    <w:p>
      <w:pPr>
        <w:pStyle w:val="Heading1"/>
      </w:pPr>
      <w:r>
        <w:rPr>
          <w:rFonts w:ascii="Arial" w:hAnsi="Arial" w:eastAsia="Arial"/>
          <w:color w:val="1F4E79"/>
        </w:rPr>
        <w:t>10. Competitor Insights</w:t>
      </w:r>
    </w:p>
    <w:p>
      <w:r>
        <w:rPr>
          <w:rFonts w:ascii="Arial" w:hAnsi="Arial" w:eastAsia="Arial"/>
          <w:sz w:val="20"/>
        </w:rPr>
        <w:t>Competitor Summary: [Explain what competitors gained, published, or improved.]</w:t>
      </w:r>
    </w:p>
    <w:p>
      <w:r>
        <w:rPr>
          <w:rFonts w:ascii="Arial" w:hAnsi="Arial" w:eastAsia="Arial"/>
          <w:sz w:val="20"/>
        </w:rPr>
        <w:t>Opportunity: [Mention content gaps, backlink gaps, SERP features, or ranking opportunities.]</w:t>
      </w:r>
    </w:p>
    <w:tbl>
      <w:tblPr>
        <w:tblStyle w:val="TableGrid"/>
        <w:tblW w:type="auto" w:w="0"/>
        <w:jc w:val="center"/>
        <w:tblLook w:firstColumn="1" w:firstRow="1" w:lastColumn="0" w:lastRow="0" w:noHBand="0" w:noVBand="1" w:val="04A0"/>
      </w:tblPr>
      <w:tblGrid>
        <w:gridCol w:w="3050"/>
        <w:gridCol w:w="3050"/>
        <w:gridCol w:w="3050"/>
        <w:gridCol w:w="3050"/>
        <w:gridCol w:w="3050"/>
      </w:tblGrid>
      <w:tr>
        <w:trPr>
          <w:tblHeader w:val="true"/>
        </w:trPr>
        <w:tc>
          <w:tcPr>
            <w:tcW w:type="dxa" w:w="2448"/>
            <w:vAlign w:val="center"/>
            <w:shd w:fill="1F4E79"/>
          </w:tcPr>
          <w:p>
            <w:pPr>
              <w:jc w:val="left"/>
            </w:pPr>
            <w:r/>
            <w:r>
              <w:rPr>
                <w:b/>
                <w:color w:val="FFFFFF"/>
                <w:sz w:val="15"/>
              </w:rPr>
              <w:t>Competitor</w:t>
            </w:r>
          </w:p>
        </w:tc>
        <w:tc>
          <w:tcPr>
            <w:tcW w:type="dxa" w:w="2880"/>
            <w:vAlign w:val="center"/>
            <w:shd w:fill="1F4E79"/>
          </w:tcPr>
          <w:p>
            <w:pPr>
              <w:jc w:val="left"/>
            </w:pPr>
            <w:r/>
            <w:r>
              <w:rPr>
                <w:b/>
                <w:color w:val="FFFFFF"/>
                <w:sz w:val="15"/>
              </w:rPr>
              <w:t>Keyword / Topic</w:t>
            </w:r>
          </w:p>
        </w:tc>
        <w:tc>
          <w:tcPr>
            <w:tcW w:type="dxa" w:w="3168"/>
            <w:vAlign w:val="center"/>
            <w:shd w:fill="1F4E79"/>
          </w:tcPr>
          <w:p>
            <w:pPr>
              <w:jc w:val="left"/>
            </w:pPr>
            <w:r/>
            <w:r>
              <w:rPr>
                <w:b/>
                <w:color w:val="FFFFFF"/>
                <w:sz w:val="15"/>
              </w:rPr>
              <w:t>Competitor Strength</w:t>
            </w:r>
          </w:p>
        </w:tc>
        <w:tc>
          <w:tcPr>
            <w:tcW w:type="dxa" w:w="2880"/>
            <w:vAlign w:val="center"/>
            <w:shd w:fill="1F4E79"/>
          </w:tcPr>
          <w:p>
            <w:pPr>
              <w:jc w:val="left"/>
            </w:pPr>
            <w:r/>
            <w:r>
              <w:rPr>
                <w:b/>
                <w:color w:val="FFFFFF"/>
                <w:sz w:val="15"/>
              </w:rPr>
              <w:t>Our Gap</w:t>
            </w:r>
          </w:p>
        </w:tc>
        <w:tc>
          <w:tcPr>
            <w:tcW w:type="dxa" w:w="3311"/>
            <w:vAlign w:val="center"/>
            <w:shd w:fill="1F4E79"/>
          </w:tcPr>
          <w:p>
            <w:pPr>
              <w:jc w:val="left"/>
            </w:pPr>
            <w:r/>
            <w:r>
              <w:rPr>
                <w:b/>
                <w:color w:val="FFFFFF"/>
                <w:sz w:val="15"/>
              </w:rPr>
              <w:t>Recommended Action</w:t>
            </w:r>
          </w:p>
        </w:tc>
      </w:tr>
      <w:tr>
        <w:tc>
          <w:tcPr>
            <w:tcW w:type="dxa" w:w="2448"/>
            <w:vAlign w:val="center"/>
          </w:tcPr>
          <w:p>
            <w:pPr>
              <w:jc w:val="left"/>
            </w:pPr>
            <w:r/>
            <w:r>
              <w:rPr>
                <w:b w:val="0"/>
                <w:sz w:val="15"/>
              </w:rPr>
              <w:t>[Competitor]</w:t>
            </w:r>
          </w:p>
        </w:tc>
        <w:tc>
          <w:tcPr>
            <w:tcW w:type="dxa" w:w="2880"/>
            <w:vAlign w:val="center"/>
          </w:tcPr>
          <w:p>
            <w:pPr>
              <w:jc w:val="left"/>
            </w:pPr>
            <w:r/>
            <w:r>
              <w:rPr>
                <w:b w:val="0"/>
                <w:sz w:val="15"/>
              </w:rPr>
              <w:t>[Keyword / Topic]</w:t>
            </w:r>
          </w:p>
        </w:tc>
        <w:tc>
          <w:tcPr>
            <w:tcW w:type="dxa" w:w="3168"/>
            <w:vAlign w:val="center"/>
          </w:tcPr>
          <w:p>
            <w:pPr>
              <w:jc w:val="left"/>
            </w:pPr>
            <w:r/>
            <w:r>
              <w:rPr>
                <w:b w:val="0"/>
                <w:sz w:val="15"/>
              </w:rPr>
              <w:t>[Their Strength]</w:t>
            </w:r>
          </w:p>
        </w:tc>
        <w:tc>
          <w:tcPr>
            <w:tcW w:type="dxa" w:w="2880"/>
            <w:vAlign w:val="center"/>
          </w:tcPr>
          <w:p>
            <w:pPr>
              <w:jc w:val="left"/>
            </w:pPr>
            <w:r/>
            <w:r>
              <w:rPr>
                <w:b w:val="0"/>
                <w:sz w:val="15"/>
              </w:rPr>
              <w:t>[Our Gap]</w:t>
            </w:r>
          </w:p>
        </w:tc>
        <w:tc>
          <w:tcPr>
            <w:tcW w:type="dxa" w:w="3311"/>
            <w:vAlign w:val="center"/>
          </w:tcPr>
          <w:p>
            <w:pPr>
              <w:jc w:val="left"/>
            </w:pPr>
            <w:r/>
            <w:r>
              <w:rPr>
                <w:b w:val="0"/>
                <w:sz w:val="15"/>
              </w:rPr>
              <w:t>[Recommended Action]</w:t>
            </w:r>
          </w:p>
        </w:tc>
      </w:tr>
      <w:tr>
        <w:tc>
          <w:tcPr>
            <w:tcW w:type="dxa" w:w="2448"/>
            <w:vAlign w:val="center"/>
            <w:shd w:fill="F2F2F2"/>
          </w:tcPr>
          <w:p>
            <w:pPr>
              <w:jc w:val="left"/>
            </w:pPr>
            <w:r/>
            <w:r>
              <w:rPr>
                <w:b w:val="0"/>
                <w:sz w:val="15"/>
              </w:rPr>
              <w:t>[Competitor]</w:t>
            </w:r>
          </w:p>
        </w:tc>
        <w:tc>
          <w:tcPr>
            <w:tcW w:type="dxa" w:w="2880"/>
            <w:vAlign w:val="center"/>
            <w:shd w:fill="F2F2F2"/>
          </w:tcPr>
          <w:p>
            <w:pPr>
              <w:jc w:val="left"/>
            </w:pPr>
            <w:r/>
            <w:r>
              <w:rPr>
                <w:b w:val="0"/>
                <w:sz w:val="15"/>
              </w:rPr>
              <w:t>[Keyword / Topic]</w:t>
            </w:r>
          </w:p>
        </w:tc>
        <w:tc>
          <w:tcPr>
            <w:tcW w:type="dxa" w:w="3168"/>
            <w:vAlign w:val="center"/>
            <w:shd w:fill="F2F2F2"/>
          </w:tcPr>
          <w:p>
            <w:pPr>
              <w:jc w:val="left"/>
            </w:pPr>
            <w:r/>
            <w:r>
              <w:rPr>
                <w:b w:val="0"/>
                <w:sz w:val="15"/>
              </w:rPr>
              <w:t>[Their Strength]</w:t>
            </w:r>
          </w:p>
        </w:tc>
        <w:tc>
          <w:tcPr>
            <w:tcW w:type="dxa" w:w="2880"/>
            <w:vAlign w:val="center"/>
            <w:shd w:fill="F2F2F2"/>
          </w:tcPr>
          <w:p>
            <w:pPr>
              <w:jc w:val="left"/>
            </w:pPr>
            <w:r/>
            <w:r>
              <w:rPr>
                <w:b w:val="0"/>
                <w:sz w:val="15"/>
              </w:rPr>
              <w:t>[Our Gap]</w:t>
            </w:r>
          </w:p>
        </w:tc>
        <w:tc>
          <w:tcPr>
            <w:tcW w:type="dxa" w:w="3311"/>
            <w:vAlign w:val="center"/>
            <w:shd w:fill="F2F2F2"/>
          </w:tcPr>
          <w:p>
            <w:pPr>
              <w:jc w:val="left"/>
            </w:pPr>
            <w:r/>
            <w:r>
              <w:rPr>
                <w:b w:val="0"/>
                <w:sz w:val="15"/>
              </w:rPr>
              <w:t>[Recommended Action]</w:t>
            </w:r>
          </w:p>
        </w:tc>
      </w:tr>
      <w:tr>
        <w:tc>
          <w:tcPr>
            <w:tcW w:type="dxa" w:w="2448"/>
            <w:vAlign w:val="center"/>
          </w:tcPr>
          <w:p>
            <w:pPr>
              <w:jc w:val="left"/>
            </w:pPr>
            <w:r/>
            <w:r>
              <w:rPr>
                <w:b w:val="0"/>
                <w:sz w:val="15"/>
              </w:rPr>
              <w:t>[Competitor]</w:t>
            </w:r>
          </w:p>
        </w:tc>
        <w:tc>
          <w:tcPr>
            <w:tcW w:type="dxa" w:w="2880"/>
            <w:vAlign w:val="center"/>
          </w:tcPr>
          <w:p>
            <w:pPr>
              <w:jc w:val="left"/>
            </w:pPr>
            <w:r/>
            <w:r>
              <w:rPr>
                <w:b w:val="0"/>
                <w:sz w:val="15"/>
              </w:rPr>
              <w:t>[Keyword / Topic]</w:t>
            </w:r>
          </w:p>
        </w:tc>
        <w:tc>
          <w:tcPr>
            <w:tcW w:type="dxa" w:w="3168"/>
            <w:vAlign w:val="center"/>
          </w:tcPr>
          <w:p>
            <w:pPr>
              <w:jc w:val="left"/>
            </w:pPr>
            <w:r/>
            <w:r>
              <w:rPr>
                <w:b w:val="0"/>
                <w:sz w:val="15"/>
              </w:rPr>
              <w:t>[Their Strength]</w:t>
            </w:r>
          </w:p>
        </w:tc>
        <w:tc>
          <w:tcPr>
            <w:tcW w:type="dxa" w:w="2880"/>
            <w:vAlign w:val="center"/>
          </w:tcPr>
          <w:p>
            <w:pPr>
              <w:jc w:val="left"/>
            </w:pPr>
            <w:r/>
            <w:r>
              <w:rPr>
                <w:b w:val="0"/>
                <w:sz w:val="15"/>
              </w:rPr>
              <w:t>[Our Gap]</w:t>
            </w:r>
          </w:p>
        </w:tc>
        <w:tc>
          <w:tcPr>
            <w:tcW w:type="dxa" w:w="3311"/>
            <w:vAlign w:val="center"/>
          </w:tcPr>
          <w:p>
            <w:pPr>
              <w:jc w:val="left"/>
            </w:pPr>
            <w:r/>
            <w:r>
              <w:rPr>
                <w:b w:val="0"/>
                <w:sz w:val="15"/>
              </w:rPr>
              <w:t>[Recommended Action]</w:t>
            </w:r>
          </w:p>
        </w:tc>
      </w:tr>
    </w:tbl>
    <w:p/>
    <w:p>
      <w:pPr>
        <w:pStyle w:val="Heading1"/>
      </w:pPr>
      <w:r>
        <w:rPr>
          <w:rFonts w:ascii="Arial" w:hAnsi="Arial" w:eastAsia="Arial"/>
          <w:color w:val="1F4E79"/>
        </w:rPr>
        <w:t>11. Conversions and Business Impact</w:t>
      </w:r>
    </w:p>
    <w:p>
      <w:r>
        <w:rPr>
          <w:rFonts w:ascii="Arial" w:hAnsi="Arial" w:eastAsia="Arial"/>
          <w:sz w:val="20"/>
        </w:rPr>
        <w:t>Business Impact Summary: [Explain whether organic search generated more leads, calls, sales, or revenue.]</w:t>
      </w:r>
    </w:p>
    <w:p>
      <w:r>
        <w:rPr>
          <w:rFonts w:ascii="Arial" w:hAnsi="Arial" w:eastAsia="Arial"/>
          <w:sz w:val="20"/>
        </w:rPr>
        <w:t>Conversion Issue: [Mention any mismatch between traffic growth and conversion performance.]</w:t>
      </w:r>
    </w:p>
    <w:tbl>
      <w:tblPr>
        <w:tblStyle w:val="TableGrid"/>
        <w:tblW w:type="auto" w:w="0"/>
        <w:jc w:val="center"/>
        <w:tblLook w:firstColumn="1" w:firstRow="1" w:lastColumn="0" w:lastRow="0" w:noHBand="0" w:noVBand="1" w:val="04A0"/>
      </w:tblPr>
      <w:tblGrid>
        <w:gridCol w:w="3050"/>
        <w:gridCol w:w="3050"/>
        <w:gridCol w:w="3050"/>
        <w:gridCol w:w="3050"/>
        <w:gridCol w:w="3050"/>
      </w:tblGrid>
      <w:tr>
        <w:trPr>
          <w:tblHeader w:val="true"/>
        </w:trPr>
        <w:tc>
          <w:tcPr>
            <w:tcW w:type="dxa" w:w="3311"/>
            <w:vAlign w:val="center"/>
            <w:shd w:fill="1F4E79"/>
          </w:tcPr>
          <w:p>
            <w:pPr>
              <w:jc w:val="left"/>
            </w:pPr>
            <w:r/>
            <w:r>
              <w:rPr>
                <w:b/>
                <w:color w:val="FFFFFF"/>
                <w:sz w:val="16"/>
              </w:rPr>
              <w:t>Conversion Metric</w:t>
            </w:r>
          </w:p>
        </w:tc>
        <w:tc>
          <w:tcPr>
            <w:tcW w:type="dxa" w:w="2160"/>
            <w:vAlign w:val="center"/>
            <w:shd w:fill="1F4E79"/>
          </w:tcPr>
          <w:p>
            <w:pPr>
              <w:jc w:val="left"/>
            </w:pPr>
            <w:r/>
            <w:r>
              <w:rPr>
                <w:b/>
                <w:color w:val="FFFFFF"/>
                <w:sz w:val="16"/>
              </w:rPr>
              <w:t>Current Month</w:t>
            </w:r>
          </w:p>
        </w:tc>
        <w:tc>
          <w:tcPr>
            <w:tcW w:type="dxa" w:w="2160"/>
            <w:vAlign w:val="center"/>
            <w:shd w:fill="1F4E79"/>
          </w:tcPr>
          <w:p>
            <w:pPr>
              <w:jc w:val="left"/>
            </w:pPr>
            <w:r/>
            <w:r>
              <w:rPr>
                <w:b/>
                <w:color w:val="FFFFFF"/>
                <w:sz w:val="16"/>
              </w:rPr>
              <w:t>Previous Month</w:t>
            </w:r>
          </w:p>
        </w:tc>
        <w:tc>
          <w:tcPr>
            <w:tcW w:type="dxa" w:w="1728"/>
            <w:vAlign w:val="center"/>
            <w:shd w:fill="1F4E79"/>
          </w:tcPr>
          <w:p>
            <w:pPr>
              <w:jc w:val="left"/>
            </w:pPr>
            <w:r/>
            <w:r>
              <w:rPr>
                <w:b/>
                <w:color w:val="FFFFFF"/>
                <w:sz w:val="16"/>
              </w:rPr>
              <w:t>Change</w:t>
            </w:r>
          </w:p>
        </w:tc>
        <w:tc>
          <w:tcPr>
            <w:tcW w:type="dxa" w:w="5328"/>
            <w:vAlign w:val="center"/>
            <w:shd w:fill="1F4E79"/>
          </w:tcPr>
          <w:p>
            <w:pPr>
              <w:jc w:val="left"/>
            </w:pPr>
            <w:r/>
            <w:r>
              <w:rPr>
                <w:b/>
                <w:color w:val="FFFFFF"/>
                <w:sz w:val="16"/>
              </w:rPr>
              <w:t>Commentary</w:t>
            </w:r>
          </w:p>
        </w:tc>
      </w:tr>
      <w:tr>
        <w:tc>
          <w:tcPr>
            <w:tcW w:type="dxa" w:w="3311"/>
            <w:vAlign w:val="center"/>
          </w:tcPr>
          <w:p>
            <w:pPr>
              <w:jc w:val="left"/>
            </w:pPr>
            <w:r/>
            <w:r>
              <w:rPr>
                <w:b w:val="0"/>
                <w:sz w:val="16"/>
              </w:rPr>
              <w:t>Form Submissions</w:t>
            </w:r>
          </w:p>
        </w:tc>
        <w:tc>
          <w:tcPr>
            <w:tcW w:type="dxa" w:w="2160"/>
            <w:vAlign w:val="center"/>
          </w:tcPr>
          <w:p>
            <w:pPr>
              <w:jc w:val="left"/>
            </w:pPr>
            <w:r/>
            <w:r>
              <w:rPr>
                <w:b w:val="0"/>
                <w:sz w:val="16"/>
              </w:rPr>
              <w:t>[ ]</w:t>
            </w:r>
          </w:p>
        </w:tc>
        <w:tc>
          <w:tcPr>
            <w:tcW w:type="dxa" w:w="2160"/>
            <w:vAlign w:val="center"/>
          </w:tcPr>
          <w:p>
            <w:pPr>
              <w:jc w:val="left"/>
            </w:pPr>
            <w:r/>
            <w:r>
              <w:rPr>
                <w:b w:val="0"/>
                <w:sz w:val="16"/>
              </w:rPr>
              <w:t>[ ]</w:t>
            </w:r>
          </w:p>
        </w:tc>
        <w:tc>
          <w:tcPr>
            <w:tcW w:type="dxa" w:w="1728"/>
            <w:vAlign w:val="center"/>
          </w:tcPr>
          <w:p>
            <w:pPr>
              <w:jc w:val="left"/>
            </w:pPr>
            <w:r/>
            <w:r>
              <w:rPr>
                <w:b w:val="0"/>
                <w:sz w:val="16"/>
              </w:rPr>
              <w:t>[ ]</w:t>
            </w:r>
          </w:p>
        </w:tc>
        <w:tc>
          <w:tcPr>
            <w:tcW w:type="dxa" w:w="5328"/>
            <w:vAlign w:val="center"/>
          </w:tcPr>
          <w:p>
            <w:pPr>
              <w:jc w:val="left"/>
            </w:pPr>
            <w:r/>
            <w:r>
              <w:rPr>
                <w:b w:val="0"/>
                <w:sz w:val="16"/>
              </w:rPr>
              <w:t>[ ]</w:t>
            </w:r>
          </w:p>
        </w:tc>
      </w:tr>
      <w:tr>
        <w:tc>
          <w:tcPr>
            <w:tcW w:type="dxa" w:w="3311"/>
            <w:vAlign w:val="center"/>
            <w:shd w:fill="F2F2F2"/>
          </w:tcPr>
          <w:p>
            <w:pPr>
              <w:jc w:val="left"/>
            </w:pPr>
            <w:r/>
            <w:r>
              <w:rPr>
                <w:b w:val="0"/>
                <w:sz w:val="16"/>
              </w:rPr>
              <w:t>Phone Calls</w:t>
            </w:r>
          </w:p>
        </w:tc>
        <w:tc>
          <w:tcPr>
            <w:tcW w:type="dxa" w:w="2160"/>
            <w:vAlign w:val="center"/>
            <w:shd w:fill="F2F2F2"/>
          </w:tcPr>
          <w:p>
            <w:pPr>
              <w:jc w:val="left"/>
            </w:pPr>
            <w:r/>
            <w:r>
              <w:rPr>
                <w:b w:val="0"/>
                <w:sz w:val="16"/>
              </w:rPr>
              <w:t>[ ]</w:t>
            </w:r>
          </w:p>
        </w:tc>
        <w:tc>
          <w:tcPr>
            <w:tcW w:type="dxa" w:w="2160"/>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5328"/>
            <w:vAlign w:val="center"/>
            <w:shd w:fill="F2F2F2"/>
          </w:tcPr>
          <w:p>
            <w:pPr>
              <w:jc w:val="left"/>
            </w:pPr>
            <w:r/>
            <w:r>
              <w:rPr>
                <w:b w:val="0"/>
                <w:sz w:val="16"/>
              </w:rPr>
              <w:t>[ ]</w:t>
            </w:r>
          </w:p>
        </w:tc>
      </w:tr>
      <w:tr>
        <w:tc>
          <w:tcPr>
            <w:tcW w:type="dxa" w:w="3311"/>
            <w:vAlign w:val="center"/>
          </w:tcPr>
          <w:p>
            <w:pPr>
              <w:jc w:val="left"/>
            </w:pPr>
            <w:r/>
            <w:r>
              <w:rPr>
                <w:b w:val="0"/>
                <w:sz w:val="16"/>
              </w:rPr>
              <w:t>Demo / Quote Requests</w:t>
            </w:r>
          </w:p>
        </w:tc>
        <w:tc>
          <w:tcPr>
            <w:tcW w:type="dxa" w:w="2160"/>
            <w:vAlign w:val="center"/>
          </w:tcPr>
          <w:p>
            <w:pPr>
              <w:jc w:val="left"/>
            </w:pPr>
            <w:r/>
            <w:r>
              <w:rPr>
                <w:b w:val="0"/>
                <w:sz w:val="16"/>
              </w:rPr>
              <w:t>[ ]</w:t>
            </w:r>
          </w:p>
        </w:tc>
        <w:tc>
          <w:tcPr>
            <w:tcW w:type="dxa" w:w="2160"/>
            <w:vAlign w:val="center"/>
          </w:tcPr>
          <w:p>
            <w:pPr>
              <w:jc w:val="left"/>
            </w:pPr>
            <w:r/>
            <w:r>
              <w:rPr>
                <w:b w:val="0"/>
                <w:sz w:val="16"/>
              </w:rPr>
              <w:t>[ ]</w:t>
            </w:r>
          </w:p>
        </w:tc>
        <w:tc>
          <w:tcPr>
            <w:tcW w:type="dxa" w:w="1728"/>
            <w:vAlign w:val="center"/>
          </w:tcPr>
          <w:p>
            <w:pPr>
              <w:jc w:val="left"/>
            </w:pPr>
            <w:r/>
            <w:r>
              <w:rPr>
                <w:b w:val="0"/>
                <w:sz w:val="16"/>
              </w:rPr>
              <w:t>[ ]</w:t>
            </w:r>
          </w:p>
        </w:tc>
        <w:tc>
          <w:tcPr>
            <w:tcW w:type="dxa" w:w="5328"/>
            <w:vAlign w:val="center"/>
          </w:tcPr>
          <w:p>
            <w:pPr>
              <w:jc w:val="left"/>
            </w:pPr>
            <w:r/>
            <w:r>
              <w:rPr>
                <w:b w:val="0"/>
                <w:sz w:val="16"/>
              </w:rPr>
              <w:t>[ ]</w:t>
            </w:r>
          </w:p>
        </w:tc>
      </w:tr>
      <w:tr>
        <w:tc>
          <w:tcPr>
            <w:tcW w:type="dxa" w:w="3311"/>
            <w:vAlign w:val="center"/>
            <w:shd w:fill="F2F2F2"/>
          </w:tcPr>
          <w:p>
            <w:pPr>
              <w:jc w:val="left"/>
            </w:pPr>
            <w:r/>
            <w:r>
              <w:rPr>
                <w:b w:val="0"/>
                <w:sz w:val="16"/>
              </w:rPr>
              <w:t>Purchases</w:t>
            </w:r>
          </w:p>
        </w:tc>
        <w:tc>
          <w:tcPr>
            <w:tcW w:type="dxa" w:w="2160"/>
            <w:vAlign w:val="center"/>
            <w:shd w:fill="F2F2F2"/>
          </w:tcPr>
          <w:p>
            <w:pPr>
              <w:jc w:val="left"/>
            </w:pPr>
            <w:r/>
            <w:r>
              <w:rPr>
                <w:b w:val="0"/>
                <w:sz w:val="16"/>
              </w:rPr>
              <w:t>[ ]</w:t>
            </w:r>
          </w:p>
        </w:tc>
        <w:tc>
          <w:tcPr>
            <w:tcW w:type="dxa" w:w="2160"/>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5328"/>
            <w:vAlign w:val="center"/>
            <w:shd w:fill="F2F2F2"/>
          </w:tcPr>
          <w:p>
            <w:pPr>
              <w:jc w:val="left"/>
            </w:pPr>
            <w:r/>
            <w:r>
              <w:rPr>
                <w:b w:val="0"/>
                <w:sz w:val="16"/>
              </w:rPr>
              <w:t>[ ]</w:t>
            </w:r>
          </w:p>
        </w:tc>
      </w:tr>
      <w:tr>
        <w:tc>
          <w:tcPr>
            <w:tcW w:type="dxa" w:w="3311"/>
            <w:vAlign w:val="center"/>
          </w:tcPr>
          <w:p>
            <w:pPr>
              <w:jc w:val="left"/>
            </w:pPr>
            <w:r/>
            <w:r>
              <w:rPr>
                <w:b w:val="0"/>
                <w:sz w:val="16"/>
              </w:rPr>
              <w:t>Organic Revenue</w:t>
            </w:r>
          </w:p>
        </w:tc>
        <w:tc>
          <w:tcPr>
            <w:tcW w:type="dxa" w:w="2160"/>
            <w:vAlign w:val="center"/>
          </w:tcPr>
          <w:p>
            <w:pPr>
              <w:jc w:val="left"/>
            </w:pPr>
            <w:r/>
            <w:r>
              <w:rPr>
                <w:b w:val="0"/>
                <w:sz w:val="16"/>
              </w:rPr>
              <w:t>[ ]</w:t>
            </w:r>
          </w:p>
        </w:tc>
        <w:tc>
          <w:tcPr>
            <w:tcW w:type="dxa" w:w="2160"/>
            <w:vAlign w:val="center"/>
          </w:tcPr>
          <w:p>
            <w:pPr>
              <w:jc w:val="left"/>
            </w:pPr>
            <w:r/>
            <w:r>
              <w:rPr>
                <w:b w:val="0"/>
                <w:sz w:val="16"/>
              </w:rPr>
              <w:t>[ ]</w:t>
            </w:r>
          </w:p>
        </w:tc>
        <w:tc>
          <w:tcPr>
            <w:tcW w:type="dxa" w:w="1728"/>
            <w:vAlign w:val="center"/>
          </w:tcPr>
          <w:p>
            <w:pPr>
              <w:jc w:val="left"/>
            </w:pPr>
            <w:r/>
            <w:r>
              <w:rPr>
                <w:b w:val="0"/>
                <w:sz w:val="16"/>
              </w:rPr>
              <w:t>[ ]</w:t>
            </w:r>
          </w:p>
        </w:tc>
        <w:tc>
          <w:tcPr>
            <w:tcW w:type="dxa" w:w="5328"/>
            <w:vAlign w:val="center"/>
          </w:tcPr>
          <w:p>
            <w:pPr>
              <w:jc w:val="left"/>
            </w:pPr>
            <w:r/>
            <w:r>
              <w:rPr>
                <w:b w:val="0"/>
                <w:sz w:val="16"/>
              </w:rPr>
              <w:t>[ ]</w:t>
            </w:r>
          </w:p>
        </w:tc>
      </w:tr>
      <w:tr>
        <w:tc>
          <w:tcPr>
            <w:tcW w:type="dxa" w:w="3311"/>
            <w:vAlign w:val="center"/>
            <w:shd w:fill="F2F2F2"/>
          </w:tcPr>
          <w:p>
            <w:pPr>
              <w:jc w:val="left"/>
            </w:pPr>
            <w:r/>
            <w:r>
              <w:rPr>
                <w:b w:val="0"/>
                <w:sz w:val="16"/>
              </w:rPr>
              <w:t>Conversion Rate</w:t>
            </w:r>
          </w:p>
        </w:tc>
        <w:tc>
          <w:tcPr>
            <w:tcW w:type="dxa" w:w="2160"/>
            <w:vAlign w:val="center"/>
            <w:shd w:fill="F2F2F2"/>
          </w:tcPr>
          <w:p>
            <w:pPr>
              <w:jc w:val="left"/>
            </w:pPr>
            <w:r/>
            <w:r>
              <w:rPr>
                <w:b w:val="0"/>
                <w:sz w:val="16"/>
              </w:rPr>
              <w:t>[ ]</w:t>
            </w:r>
          </w:p>
        </w:tc>
        <w:tc>
          <w:tcPr>
            <w:tcW w:type="dxa" w:w="2160"/>
            <w:vAlign w:val="center"/>
            <w:shd w:fill="F2F2F2"/>
          </w:tcPr>
          <w:p>
            <w:pPr>
              <w:jc w:val="left"/>
            </w:pPr>
            <w:r/>
            <w:r>
              <w:rPr>
                <w:b w:val="0"/>
                <w:sz w:val="16"/>
              </w:rPr>
              <w:t>[ ]</w:t>
            </w:r>
          </w:p>
        </w:tc>
        <w:tc>
          <w:tcPr>
            <w:tcW w:type="dxa" w:w="1728"/>
            <w:vAlign w:val="center"/>
            <w:shd w:fill="F2F2F2"/>
          </w:tcPr>
          <w:p>
            <w:pPr>
              <w:jc w:val="left"/>
            </w:pPr>
            <w:r/>
            <w:r>
              <w:rPr>
                <w:b w:val="0"/>
                <w:sz w:val="16"/>
              </w:rPr>
              <w:t>[ ]</w:t>
            </w:r>
          </w:p>
        </w:tc>
        <w:tc>
          <w:tcPr>
            <w:tcW w:type="dxa" w:w="5328"/>
            <w:vAlign w:val="center"/>
            <w:shd w:fill="F2F2F2"/>
          </w:tcPr>
          <w:p>
            <w:pPr>
              <w:jc w:val="left"/>
            </w:pPr>
            <w:r/>
            <w:r>
              <w:rPr>
                <w:b w:val="0"/>
                <w:sz w:val="16"/>
              </w:rPr>
              <w:t>[ ]</w:t>
            </w:r>
          </w:p>
        </w:tc>
      </w:tr>
    </w:tbl>
    <w:p/>
    <w:p>
      <w:pPr>
        <w:pStyle w:val="Heading1"/>
      </w:pPr>
      <w:r>
        <w:rPr>
          <w:rFonts w:ascii="Arial" w:hAnsi="Arial" w:eastAsia="Arial"/>
          <w:color w:val="1F4E79"/>
        </w:rPr>
        <w:t>12. SEO Actions Completed This Month</w:t>
      </w:r>
    </w:p>
    <w:tbl>
      <w:tblPr>
        <w:tblStyle w:val="TableGrid"/>
        <w:tblW w:type="auto" w:w="0"/>
        <w:jc w:val="center"/>
        <w:tblLook w:firstColumn="1" w:firstRow="1" w:lastColumn="0" w:lastRow="0" w:noHBand="0" w:noVBand="1" w:val="04A0"/>
      </w:tblPr>
      <w:tblGrid>
        <w:gridCol w:w="3812"/>
        <w:gridCol w:w="3812"/>
        <w:gridCol w:w="3812"/>
        <w:gridCol w:w="3812"/>
      </w:tblGrid>
      <w:tr>
        <w:trPr>
          <w:tblHeader w:val="true"/>
        </w:trPr>
        <w:tc>
          <w:tcPr>
            <w:tcW w:type="dxa" w:w="4608"/>
            <w:vAlign w:val="center"/>
            <w:shd w:fill="1F4E79"/>
          </w:tcPr>
          <w:p>
            <w:pPr>
              <w:jc w:val="left"/>
            </w:pPr>
            <w:r/>
            <w:r>
              <w:rPr>
                <w:b/>
                <w:color w:val="FFFFFF"/>
                <w:sz w:val="16"/>
              </w:rPr>
              <w:t>Completed Action</w:t>
            </w:r>
          </w:p>
        </w:tc>
        <w:tc>
          <w:tcPr>
            <w:tcW w:type="dxa" w:w="2880"/>
            <w:vAlign w:val="center"/>
            <w:shd w:fill="1F4E79"/>
          </w:tcPr>
          <w:p>
            <w:pPr>
              <w:jc w:val="left"/>
            </w:pPr>
            <w:r/>
            <w:r>
              <w:rPr>
                <w:b/>
                <w:color w:val="FFFFFF"/>
                <w:sz w:val="16"/>
              </w:rPr>
              <w:t>Category</w:t>
            </w:r>
          </w:p>
        </w:tc>
        <w:tc>
          <w:tcPr>
            <w:tcW w:type="dxa" w:w="1728"/>
            <w:vAlign w:val="center"/>
            <w:shd w:fill="1F4E79"/>
          </w:tcPr>
          <w:p>
            <w:pPr>
              <w:jc w:val="left"/>
            </w:pPr>
            <w:r/>
            <w:r>
              <w:rPr>
                <w:b/>
                <w:color w:val="FFFFFF"/>
                <w:sz w:val="16"/>
              </w:rPr>
              <w:t>Date</w:t>
            </w:r>
          </w:p>
        </w:tc>
        <w:tc>
          <w:tcPr>
            <w:tcW w:type="dxa" w:w="5472"/>
            <w:vAlign w:val="center"/>
            <w:shd w:fill="1F4E79"/>
          </w:tcPr>
          <w:p>
            <w:pPr>
              <w:jc w:val="left"/>
            </w:pPr>
            <w:r/>
            <w:r>
              <w:rPr>
                <w:b/>
                <w:color w:val="FFFFFF"/>
                <w:sz w:val="16"/>
              </w:rPr>
              <w:t>Impact / Notes</w:t>
            </w:r>
          </w:p>
        </w:tc>
      </w:tr>
      <w:tr>
        <w:tc>
          <w:tcPr>
            <w:tcW w:type="dxa" w:w="4608"/>
            <w:vAlign w:val="center"/>
          </w:tcPr>
          <w:p>
            <w:pPr>
              <w:jc w:val="left"/>
            </w:pPr>
            <w:r/>
            <w:r>
              <w:rPr>
                <w:b w:val="0"/>
                <w:sz w:val="16"/>
              </w:rPr>
              <w:t>[Task completed]</w:t>
            </w:r>
          </w:p>
        </w:tc>
        <w:tc>
          <w:tcPr>
            <w:tcW w:type="dxa" w:w="2880"/>
            <w:vAlign w:val="center"/>
          </w:tcPr>
          <w:p>
            <w:pPr>
              <w:jc w:val="left"/>
            </w:pPr>
            <w:r/>
            <w:r>
              <w:rPr>
                <w:b w:val="0"/>
                <w:sz w:val="16"/>
              </w:rPr>
              <w:t>[Technical / Content / Links / Analytics]</w:t>
            </w:r>
          </w:p>
        </w:tc>
        <w:tc>
          <w:tcPr>
            <w:tcW w:type="dxa" w:w="1728"/>
            <w:vAlign w:val="center"/>
          </w:tcPr>
          <w:p>
            <w:pPr>
              <w:jc w:val="left"/>
            </w:pPr>
            <w:r/>
            <w:r>
              <w:rPr>
                <w:b w:val="0"/>
                <w:sz w:val="16"/>
              </w:rPr>
              <w:t>[Date]</w:t>
            </w:r>
          </w:p>
        </w:tc>
        <w:tc>
          <w:tcPr>
            <w:tcW w:type="dxa" w:w="5472"/>
            <w:vAlign w:val="center"/>
          </w:tcPr>
          <w:p>
            <w:pPr>
              <w:jc w:val="left"/>
            </w:pPr>
            <w:r/>
            <w:r>
              <w:rPr>
                <w:b w:val="0"/>
                <w:sz w:val="16"/>
              </w:rPr>
              <w:t>[Impact or expected impact]</w:t>
            </w:r>
          </w:p>
        </w:tc>
      </w:tr>
      <w:tr>
        <w:tc>
          <w:tcPr>
            <w:tcW w:type="dxa" w:w="4608"/>
            <w:vAlign w:val="center"/>
            <w:shd w:fill="F2F2F2"/>
          </w:tcPr>
          <w:p>
            <w:pPr>
              <w:jc w:val="left"/>
            </w:pPr>
            <w:r/>
            <w:r>
              <w:rPr>
                <w:b w:val="0"/>
                <w:sz w:val="16"/>
              </w:rPr>
              <w:t>[Task completed]</w:t>
            </w:r>
          </w:p>
        </w:tc>
        <w:tc>
          <w:tcPr>
            <w:tcW w:type="dxa" w:w="2880"/>
            <w:vAlign w:val="center"/>
            <w:shd w:fill="F2F2F2"/>
          </w:tcPr>
          <w:p>
            <w:pPr>
              <w:jc w:val="left"/>
            </w:pPr>
            <w:r/>
            <w:r>
              <w:rPr>
                <w:b w:val="0"/>
                <w:sz w:val="16"/>
              </w:rPr>
              <w:t>[Technical / Content / Links / Analytics]</w:t>
            </w:r>
          </w:p>
        </w:tc>
        <w:tc>
          <w:tcPr>
            <w:tcW w:type="dxa" w:w="1728"/>
            <w:vAlign w:val="center"/>
            <w:shd w:fill="F2F2F2"/>
          </w:tcPr>
          <w:p>
            <w:pPr>
              <w:jc w:val="left"/>
            </w:pPr>
            <w:r/>
            <w:r>
              <w:rPr>
                <w:b w:val="0"/>
                <w:sz w:val="16"/>
              </w:rPr>
              <w:t>[Date]</w:t>
            </w:r>
          </w:p>
        </w:tc>
        <w:tc>
          <w:tcPr>
            <w:tcW w:type="dxa" w:w="5472"/>
            <w:vAlign w:val="center"/>
            <w:shd w:fill="F2F2F2"/>
          </w:tcPr>
          <w:p>
            <w:pPr>
              <w:jc w:val="left"/>
            </w:pPr>
            <w:r/>
            <w:r>
              <w:rPr>
                <w:b w:val="0"/>
                <w:sz w:val="16"/>
              </w:rPr>
              <w:t>[Impact or expected impact]</w:t>
            </w:r>
          </w:p>
        </w:tc>
      </w:tr>
      <w:tr>
        <w:tc>
          <w:tcPr>
            <w:tcW w:type="dxa" w:w="4608"/>
            <w:vAlign w:val="center"/>
          </w:tcPr>
          <w:p>
            <w:pPr>
              <w:jc w:val="left"/>
            </w:pPr>
            <w:r/>
            <w:r>
              <w:rPr>
                <w:b w:val="0"/>
                <w:sz w:val="16"/>
              </w:rPr>
              <w:t>[Task completed]</w:t>
            </w:r>
          </w:p>
        </w:tc>
        <w:tc>
          <w:tcPr>
            <w:tcW w:type="dxa" w:w="2880"/>
            <w:vAlign w:val="center"/>
          </w:tcPr>
          <w:p>
            <w:pPr>
              <w:jc w:val="left"/>
            </w:pPr>
            <w:r/>
            <w:r>
              <w:rPr>
                <w:b w:val="0"/>
                <w:sz w:val="16"/>
              </w:rPr>
              <w:t>[Technical / Content / Links / Analytics]</w:t>
            </w:r>
          </w:p>
        </w:tc>
        <w:tc>
          <w:tcPr>
            <w:tcW w:type="dxa" w:w="1728"/>
            <w:vAlign w:val="center"/>
          </w:tcPr>
          <w:p>
            <w:pPr>
              <w:jc w:val="left"/>
            </w:pPr>
            <w:r/>
            <w:r>
              <w:rPr>
                <w:b w:val="0"/>
                <w:sz w:val="16"/>
              </w:rPr>
              <w:t>[Date]</w:t>
            </w:r>
          </w:p>
        </w:tc>
        <w:tc>
          <w:tcPr>
            <w:tcW w:type="dxa" w:w="5472"/>
            <w:vAlign w:val="center"/>
          </w:tcPr>
          <w:p>
            <w:pPr>
              <w:jc w:val="left"/>
            </w:pPr>
            <w:r/>
            <w:r>
              <w:rPr>
                <w:b w:val="0"/>
                <w:sz w:val="16"/>
              </w:rPr>
              <w:t>[Impact or expected impact]</w:t>
            </w:r>
          </w:p>
        </w:tc>
      </w:tr>
      <w:tr>
        <w:tc>
          <w:tcPr>
            <w:tcW w:type="dxa" w:w="4608"/>
            <w:vAlign w:val="center"/>
            <w:shd w:fill="F2F2F2"/>
          </w:tcPr>
          <w:p>
            <w:pPr>
              <w:jc w:val="left"/>
            </w:pPr>
            <w:r/>
            <w:r>
              <w:rPr>
                <w:b w:val="0"/>
                <w:sz w:val="16"/>
              </w:rPr>
              <w:t>[Task completed]</w:t>
            </w:r>
          </w:p>
        </w:tc>
        <w:tc>
          <w:tcPr>
            <w:tcW w:type="dxa" w:w="2880"/>
            <w:vAlign w:val="center"/>
            <w:shd w:fill="F2F2F2"/>
          </w:tcPr>
          <w:p>
            <w:pPr>
              <w:jc w:val="left"/>
            </w:pPr>
            <w:r/>
            <w:r>
              <w:rPr>
                <w:b w:val="0"/>
                <w:sz w:val="16"/>
              </w:rPr>
              <w:t>[Technical / Content / Links / Analytics]</w:t>
            </w:r>
          </w:p>
        </w:tc>
        <w:tc>
          <w:tcPr>
            <w:tcW w:type="dxa" w:w="1728"/>
            <w:vAlign w:val="center"/>
            <w:shd w:fill="F2F2F2"/>
          </w:tcPr>
          <w:p>
            <w:pPr>
              <w:jc w:val="left"/>
            </w:pPr>
            <w:r/>
            <w:r>
              <w:rPr>
                <w:b w:val="0"/>
                <w:sz w:val="16"/>
              </w:rPr>
              <w:t>[Date]</w:t>
            </w:r>
          </w:p>
        </w:tc>
        <w:tc>
          <w:tcPr>
            <w:tcW w:type="dxa" w:w="5472"/>
            <w:vAlign w:val="center"/>
            <w:shd w:fill="F2F2F2"/>
          </w:tcPr>
          <w:p>
            <w:pPr>
              <w:jc w:val="left"/>
            </w:pPr>
            <w:r/>
            <w:r>
              <w:rPr>
                <w:b w:val="0"/>
                <w:sz w:val="16"/>
              </w:rPr>
              <w:t>[Impact or expected impact]</w:t>
            </w:r>
          </w:p>
        </w:tc>
      </w:tr>
      <w:tr>
        <w:tc>
          <w:tcPr>
            <w:tcW w:type="dxa" w:w="4608"/>
            <w:vAlign w:val="center"/>
          </w:tcPr>
          <w:p>
            <w:pPr>
              <w:jc w:val="left"/>
            </w:pPr>
            <w:r/>
            <w:r>
              <w:rPr>
                <w:b w:val="0"/>
                <w:sz w:val="16"/>
              </w:rPr>
              <w:t>[Task completed]</w:t>
            </w:r>
          </w:p>
        </w:tc>
        <w:tc>
          <w:tcPr>
            <w:tcW w:type="dxa" w:w="2880"/>
            <w:vAlign w:val="center"/>
          </w:tcPr>
          <w:p>
            <w:pPr>
              <w:jc w:val="left"/>
            </w:pPr>
            <w:r/>
            <w:r>
              <w:rPr>
                <w:b w:val="0"/>
                <w:sz w:val="16"/>
              </w:rPr>
              <w:t>[Technical / Content / Links / Analytics]</w:t>
            </w:r>
          </w:p>
        </w:tc>
        <w:tc>
          <w:tcPr>
            <w:tcW w:type="dxa" w:w="1728"/>
            <w:vAlign w:val="center"/>
          </w:tcPr>
          <w:p>
            <w:pPr>
              <w:jc w:val="left"/>
            </w:pPr>
            <w:r/>
            <w:r>
              <w:rPr>
                <w:b w:val="0"/>
                <w:sz w:val="16"/>
              </w:rPr>
              <w:t>[Date]</w:t>
            </w:r>
          </w:p>
        </w:tc>
        <w:tc>
          <w:tcPr>
            <w:tcW w:type="dxa" w:w="5472"/>
            <w:vAlign w:val="center"/>
          </w:tcPr>
          <w:p>
            <w:pPr>
              <w:jc w:val="left"/>
            </w:pPr>
            <w:r/>
            <w:r>
              <w:rPr>
                <w:b w:val="0"/>
                <w:sz w:val="16"/>
              </w:rPr>
              <w:t>[Impact or expected impact]</w:t>
            </w:r>
          </w:p>
        </w:tc>
      </w:tr>
    </w:tbl>
    <w:p/>
    <w:p>
      <w:pPr>
        <w:pStyle w:val="Heading1"/>
      </w:pPr>
      <w:r>
        <w:rPr>
          <w:rFonts w:ascii="Arial" w:hAnsi="Arial" w:eastAsia="Arial"/>
          <w:color w:val="1F4E79"/>
        </w:rPr>
        <w:t>13. Priorities and Next Steps</w:t>
      </w:r>
    </w:p>
    <w:p>
      <w:r>
        <w:rPr>
          <w:rFonts w:ascii="Arial" w:hAnsi="Arial" w:eastAsia="Arial"/>
          <w:sz w:val="20"/>
        </w:rPr>
        <w:t>Next-Month Focus: [Summarize the most important work planned for next month.]</w:t>
      </w:r>
    </w:p>
    <w:p>
      <w:r>
        <w:rPr>
          <w:rFonts w:ascii="Arial" w:hAnsi="Arial" w:eastAsia="Arial"/>
          <w:sz w:val="20"/>
        </w:rPr>
        <w:t>Support Needed: [Mention approvals, developer help, content assets, budget, or access needed.]</w:t>
      </w:r>
    </w:p>
    <w:tbl>
      <w:tblPr>
        <w:tblStyle w:val="TableGrid"/>
        <w:tblW w:type="auto" w:w="0"/>
        <w:jc w:val="center"/>
        <w:tblLook w:firstColumn="1" w:firstRow="1" w:lastColumn="0" w:lastRow="0" w:noHBand="0" w:noVBand="1" w:val="04A0"/>
      </w:tblPr>
      <w:tblGrid>
        <w:gridCol w:w="2542"/>
        <w:gridCol w:w="2542"/>
        <w:gridCol w:w="2542"/>
        <w:gridCol w:w="2542"/>
        <w:gridCol w:w="2542"/>
        <w:gridCol w:w="2542"/>
      </w:tblGrid>
      <w:tr>
        <w:trPr>
          <w:tblHeader w:val="true"/>
        </w:trPr>
        <w:tc>
          <w:tcPr>
            <w:tcW w:type="dxa" w:w="1440"/>
            <w:vAlign w:val="center"/>
            <w:shd w:fill="1F4E79"/>
          </w:tcPr>
          <w:p>
            <w:pPr>
              <w:jc w:val="left"/>
            </w:pPr>
            <w:r/>
            <w:r>
              <w:rPr>
                <w:b/>
                <w:color w:val="FFFFFF"/>
                <w:sz w:val="15"/>
              </w:rPr>
              <w:t>Priority</w:t>
            </w:r>
          </w:p>
        </w:tc>
        <w:tc>
          <w:tcPr>
            <w:tcW w:type="dxa" w:w="3456"/>
            <w:vAlign w:val="center"/>
            <w:shd w:fill="1F4E79"/>
          </w:tcPr>
          <w:p>
            <w:pPr>
              <w:jc w:val="left"/>
            </w:pPr>
            <w:r/>
            <w:r>
              <w:rPr>
                <w:b/>
                <w:color w:val="FFFFFF"/>
                <w:sz w:val="15"/>
              </w:rPr>
              <w:t>Task</w:t>
            </w:r>
          </w:p>
        </w:tc>
        <w:tc>
          <w:tcPr>
            <w:tcW w:type="dxa" w:w="3168"/>
            <w:vAlign w:val="center"/>
            <w:shd w:fill="1F4E79"/>
          </w:tcPr>
          <w:p>
            <w:pPr>
              <w:jc w:val="left"/>
            </w:pPr>
            <w:r/>
            <w:r>
              <w:rPr>
                <w:b/>
                <w:color w:val="FFFFFF"/>
                <w:sz w:val="15"/>
              </w:rPr>
              <w:t>Reason</w:t>
            </w:r>
          </w:p>
        </w:tc>
        <w:tc>
          <w:tcPr>
            <w:tcW w:type="dxa" w:w="2880"/>
            <w:vAlign w:val="center"/>
            <w:shd w:fill="1F4E79"/>
          </w:tcPr>
          <w:p>
            <w:pPr>
              <w:jc w:val="left"/>
            </w:pPr>
            <w:r/>
            <w:r>
              <w:rPr>
                <w:b/>
                <w:color w:val="FFFFFF"/>
                <w:sz w:val="15"/>
              </w:rPr>
              <w:t>Expected Impact</w:t>
            </w:r>
          </w:p>
        </w:tc>
        <w:tc>
          <w:tcPr>
            <w:tcW w:type="dxa" w:w="1872"/>
            <w:vAlign w:val="center"/>
            <w:shd w:fill="1F4E79"/>
          </w:tcPr>
          <w:p>
            <w:pPr>
              <w:jc w:val="left"/>
            </w:pPr>
            <w:r/>
            <w:r>
              <w:rPr>
                <w:b/>
                <w:color w:val="FFFFFF"/>
                <w:sz w:val="15"/>
              </w:rPr>
              <w:t>Owner</w:t>
            </w:r>
          </w:p>
        </w:tc>
        <w:tc>
          <w:tcPr>
            <w:tcW w:type="dxa" w:w="1872"/>
            <w:vAlign w:val="center"/>
            <w:shd w:fill="1F4E79"/>
          </w:tcPr>
          <w:p>
            <w:pPr>
              <w:jc w:val="left"/>
            </w:pPr>
            <w:r/>
            <w:r>
              <w:rPr>
                <w:b/>
                <w:color w:val="FFFFFF"/>
                <w:sz w:val="15"/>
              </w:rPr>
              <w:t>Due Date</w:t>
            </w:r>
          </w:p>
        </w:tc>
      </w:tr>
      <w:tr>
        <w:tc>
          <w:tcPr>
            <w:tcW w:type="dxa" w:w="1440"/>
            <w:vAlign w:val="center"/>
          </w:tcPr>
          <w:p>
            <w:pPr>
              <w:jc w:val="left"/>
            </w:pPr>
            <w:r/>
            <w:r>
              <w:rPr>
                <w:b w:val="0"/>
                <w:sz w:val="15"/>
              </w:rPr>
              <w:t>High</w:t>
            </w:r>
          </w:p>
        </w:tc>
        <w:tc>
          <w:tcPr>
            <w:tcW w:type="dxa" w:w="3456"/>
            <w:vAlign w:val="center"/>
          </w:tcPr>
          <w:p>
            <w:pPr>
              <w:jc w:val="left"/>
            </w:pPr>
            <w:r/>
            <w:r>
              <w:rPr>
                <w:b w:val="0"/>
                <w:sz w:val="15"/>
              </w:rPr>
              <w:t>[Task]</w:t>
            </w:r>
          </w:p>
        </w:tc>
        <w:tc>
          <w:tcPr>
            <w:tcW w:type="dxa" w:w="3168"/>
            <w:vAlign w:val="center"/>
          </w:tcPr>
          <w:p>
            <w:pPr>
              <w:jc w:val="left"/>
            </w:pPr>
            <w:r/>
            <w:r>
              <w:rPr>
                <w:b w:val="0"/>
                <w:sz w:val="15"/>
              </w:rPr>
              <w:t>[Reason]</w:t>
            </w:r>
          </w:p>
        </w:tc>
        <w:tc>
          <w:tcPr>
            <w:tcW w:type="dxa" w:w="2880"/>
            <w:vAlign w:val="center"/>
          </w:tcPr>
          <w:p>
            <w:pPr>
              <w:jc w:val="left"/>
            </w:pPr>
            <w:r/>
            <w:r>
              <w:rPr>
                <w:b w:val="0"/>
                <w:sz w:val="15"/>
              </w:rPr>
              <w:t>[Expected impact]</w:t>
            </w:r>
          </w:p>
        </w:tc>
        <w:tc>
          <w:tcPr>
            <w:tcW w:type="dxa" w:w="1872"/>
            <w:vAlign w:val="center"/>
          </w:tcPr>
          <w:p>
            <w:pPr>
              <w:jc w:val="left"/>
            </w:pPr>
            <w:r/>
            <w:r>
              <w:rPr>
                <w:b w:val="0"/>
                <w:sz w:val="15"/>
              </w:rPr>
              <w:t>[Owner]</w:t>
            </w:r>
          </w:p>
        </w:tc>
        <w:tc>
          <w:tcPr>
            <w:tcW w:type="dxa" w:w="1872"/>
            <w:vAlign w:val="center"/>
          </w:tcPr>
          <w:p>
            <w:pPr>
              <w:jc w:val="left"/>
            </w:pPr>
            <w:r/>
            <w:r>
              <w:rPr>
                <w:b w:val="0"/>
                <w:sz w:val="15"/>
              </w:rPr>
              <w:t>[Due Date]</w:t>
            </w:r>
          </w:p>
        </w:tc>
      </w:tr>
      <w:tr>
        <w:tc>
          <w:tcPr>
            <w:tcW w:type="dxa" w:w="1440"/>
            <w:vAlign w:val="center"/>
            <w:shd w:fill="F2F2F2"/>
          </w:tcPr>
          <w:p>
            <w:pPr>
              <w:jc w:val="left"/>
            </w:pPr>
            <w:r/>
            <w:r>
              <w:rPr>
                <w:b w:val="0"/>
                <w:sz w:val="15"/>
              </w:rPr>
              <w:t>High</w:t>
            </w:r>
          </w:p>
        </w:tc>
        <w:tc>
          <w:tcPr>
            <w:tcW w:type="dxa" w:w="3456"/>
            <w:vAlign w:val="center"/>
            <w:shd w:fill="F2F2F2"/>
          </w:tcPr>
          <w:p>
            <w:pPr>
              <w:jc w:val="left"/>
            </w:pPr>
            <w:r/>
            <w:r>
              <w:rPr>
                <w:b w:val="0"/>
                <w:sz w:val="15"/>
              </w:rPr>
              <w:t>[Task]</w:t>
            </w:r>
          </w:p>
        </w:tc>
        <w:tc>
          <w:tcPr>
            <w:tcW w:type="dxa" w:w="3168"/>
            <w:vAlign w:val="center"/>
            <w:shd w:fill="F2F2F2"/>
          </w:tcPr>
          <w:p>
            <w:pPr>
              <w:jc w:val="left"/>
            </w:pPr>
            <w:r/>
            <w:r>
              <w:rPr>
                <w:b w:val="0"/>
                <w:sz w:val="15"/>
              </w:rPr>
              <w:t>[Reason]</w:t>
            </w:r>
          </w:p>
        </w:tc>
        <w:tc>
          <w:tcPr>
            <w:tcW w:type="dxa" w:w="2880"/>
            <w:vAlign w:val="center"/>
            <w:shd w:fill="F2F2F2"/>
          </w:tcPr>
          <w:p>
            <w:pPr>
              <w:jc w:val="left"/>
            </w:pPr>
            <w:r/>
            <w:r>
              <w:rPr>
                <w:b w:val="0"/>
                <w:sz w:val="15"/>
              </w:rPr>
              <w:t>[Expected impact]</w:t>
            </w:r>
          </w:p>
        </w:tc>
        <w:tc>
          <w:tcPr>
            <w:tcW w:type="dxa" w:w="1872"/>
            <w:vAlign w:val="center"/>
            <w:shd w:fill="F2F2F2"/>
          </w:tcPr>
          <w:p>
            <w:pPr>
              <w:jc w:val="left"/>
            </w:pPr>
            <w:r/>
            <w:r>
              <w:rPr>
                <w:b w:val="0"/>
                <w:sz w:val="15"/>
              </w:rPr>
              <w:t>[Owner]</w:t>
            </w:r>
          </w:p>
        </w:tc>
        <w:tc>
          <w:tcPr>
            <w:tcW w:type="dxa" w:w="1872"/>
            <w:vAlign w:val="center"/>
            <w:shd w:fill="F2F2F2"/>
          </w:tcPr>
          <w:p>
            <w:pPr>
              <w:jc w:val="left"/>
            </w:pPr>
            <w:r/>
            <w:r>
              <w:rPr>
                <w:b w:val="0"/>
                <w:sz w:val="15"/>
              </w:rPr>
              <w:t>[Due Date]</w:t>
            </w:r>
          </w:p>
        </w:tc>
      </w:tr>
      <w:tr>
        <w:tc>
          <w:tcPr>
            <w:tcW w:type="dxa" w:w="1440"/>
            <w:vAlign w:val="center"/>
          </w:tcPr>
          <w:p>
            <w:pPr>
              <w:jc w:val="left"/>
            </w:pPr>
            <w:r/>
            <w:r>
              <w:rPr>
                <w:b w:val="0"/>
                <w:sz w:val="15"/>
              </w:rPr>
              <w:t>Medium</w:t>
            </w:r>
          </w:p>
        </w:tc>
        <w:tc>
          <w:tcPr>
            <w:tcW w:type="dxa" w:w="3456"/>
            <w:vAlign w:val="center"/>
          </w:tcPr>
          <w:p>
            <w:pPr>
              <w:jc w:val="left"/>
            </w:pPr>
            <w:r/>
            <w:r>
              <w:rPr>
                <w:b w:val="0"/>
                <w:sz w:val="15"/>
              </w:rPr>
              <w:t>[Task]</w:t>
            </w:r>
          </w:p>
        </w:tc>
        <w:tc>
          <w:tcPr>
            <w:tcW w:type="dxa" w:w="3168"/>
            <w:vAlign w:val="center"/>
          </w:tcPr>
          <w:p>
            <w:pPr>
              <w:jc w:val="left"/>
            </w:pPr>
            <w:r/>
            <w:r>
              <w:rPr>
                <w:b w:val="0"/>
                <w:sz w:val="15"/>
              </w:rPr>
              <w:t>[Reason]</w:t>
            </w:r>
          </w:p>
        </w:tc>
        <w:tc>
          <w:tcPr>
            <w:tcW w:type="dxa" w:w="2880"/>
            <w:vAlign w:val="center"/>
          </w:tcPr>
          <w:p>
            <w:pPr>
              <w:jc w:val="left"/>
            </w:pPr>
            <w:r/>
            <w:r>
              <w:rPr>
                <w:b w:val="0"/>
                <w:sz w:val="15"/>
              </w:rPr>
              <w:t>[Expected impact]</w:t>
            </w:r>
          </w:p>
        </w:tc>
        <w:tc>
          <w:tcPr>
            <w:tcW w:type="dxa" w:w="1872"/>
            <w:vAlign w:val="center"/>
          </w:tcPr>
          <w:p>
            <w:pPr>
              <w:jc w:val="left"/>
            </w:pPr>
            <w:r/>
            <w:r>
              <w:rPr>
                <w:b w:val="0"/>
                <w:sz w:val="15"/>
              </w:rPr>
              <w:t>[Owner]</w:t>
            </w:r>
          </w:p>
        </w:tc>
        <w:tc>
          <w:tcPr>
            <w:tcW w:type="dxa" w:w="1872"/>
            <w:vAlign w:val="center"/>
          </w:tcPr>
          <w:p>
            <w:pPr>
              <w:jc w:val="left"/>
            </w:pPr>
            <w:r/>
            <w:r>
              <w:rPr>
                <w:b w:val="0"/>
                <w:sz w:val="15"/>
              </w:rPr>
              <w:t>[Due Date]</w:t>
            </w:r>
          </w:p>
        </w:tc>
      </w:tr>
      <w:tr>
        <w:tc>
          <w:tcPr>
            <w:tcW w:type="dxa" w:w="1440"/>
            <w:vAlign w:val="center"/>
            <w:shd w:fill="F2F2F2"/>
          </w:tcPr>
          <w:p>
            <w:pPr>
              <w:jc w:val="left"/>
            </w:pPr>
            <w:r/>
            <w:r>
              <w:rPr>
                <w:b w:val="0"/>
                <w:sz w:val="15"/>
              </w:rPr>
              <w:t>Medium</w:t>
            </w:r>
          </w:p>
        </w:tc>
        <w:tc>
          <w:tcPr>
            <w:tcW w:type="dxa" w:w="3456"/>
            <w:vAlign w:val="center"/>
            <w:shd w:fill="F2F2F2"/>
          </w:tcPr>
          <w:p>
            <w:pPr>
              <w:jc w:val="left"/>
            </w:pPr>
            <w:r/>
            <w:r>
              <w:rPr>
                <w:b w:val="0"/>
                <w:sz w:val="15"/>
              </w:rPr>
              <w:t>[Task]</w:t>
            </w:r>
          </w:p>
        </w:tc>
        <w:tc>
          <w:tcPr>
            <w:tcW w:type="dxa" w:w="3168"/>
            <w:vAlign w:val="center"/>
            <w:shd w:fill="F2F2F2"/>
          </w:tcPr>
          <w:p>
            <w:pPr>
              <w:jc w:val="left"/>
            </w:pPr>
            <w:r/>
            <w:r>
              <w:rPr>
                <w:b w:val="0"/>
                <w:sz w:val="15"/>
              </w:rPr>
              <w:t>[Reason]</w:t>
            </w:r>
          </w:p>
        </w:tc>
        <w:tc>
          <w:tcPr>
            <w:tcW w:type="dxa" w:w="2880"/>
            <w:vAlign w:val="center"/>
            <w:shd w:fill="F2F2F2"/>
          </w:tcPr>
          <w:p>
            <w:pPr>
              <w:jc w:val="left"/>
            </w:pPr>
            <w:r/>
            <w:r>
              <w:rPr>
                <w:b w:val="0"/>
                <w:sz w:val="15"/>
              </w:rPr>
              <w:t>[Expected impact]</w:t>
            </w:r>
          </w:p>
        </w:tc>
        <w:tc>
          <w:tcPr>
            <w:tcW w:type="dxa" w:w="1872"/>
            <w:vAlign w:val="center"/>
            <w:shd w:fill="F2F2F2"/>
          </w:tcPr>
          <w:p>
            <w:pPr>
              <w:jc w:val="left"/>
            </w:pPr>
            <w:r/>
            <w:r>
              <w:rPr>
                <w:b w:val="0"/>
                <w:sz w:val="15"/>
              </w:rPr>
              <w:t>[Owner]</w:t>
            </w:r>
          </w:p>
        </w:tc>
        <w:tc>
          <w:tcPr>
            <w:tcW w:type="dxa" w:w="1872"/>
            <w:vAlign w:val="center"/>
            <w:shd w:fill="F2F2F2"/>
          </w:tcPr>
          <w:p>
            <w:pPr>
              <w:jc w:val="left"/>
            </w:pPr>
            <w:r/>
            <w:r>
              <w:rPr>
                <w:b w:val="0"/>
                <w:sz w:val="15"/>
              </w:rPr>
              <w:t>[Due Date]</w:t>
            </w:r>
          </w:p>
        </w:tc>
      </w:tr>
      <w:tr>
        <w:tc>
          <w:tcPr>
            <w:tcW w:type="dxa" w:w="1440"/>
            <w:vAlign w:val="center"/>
          </w:tcPr>
          <w:p>
            <w:pPr>
              <w:jc w:val="left"/>
            </w:pPr>
            <w:r/>
            <w:r>
              <w:rPr>
                <w:b w:val="0"/>
                <w:sz w:val="15"/>
              </w:rPr>
              <w:t>Low</w:t>
            </w:r>
          </w:p>
        </w:tc>
        <w:tc>
          <w:tcPr>
            <w:tcW w:type="dxa" w:w="3456"/>
            <w:vAlign w:val="center"/>
          </w:tcPr>
          <w:p>
            <w:pPr>
              <w:jc w:val="left"/>
            </w:pPr>
            <w:r/>
            <w:r>
              <w:rPr>
                <w:b w:val="0"/>
                <w:sz w:val="15"/>
              </w:rPr>
              <w:t>[Task]</w:t>
            </w:r>
          </w:p>
        </w:tc>
        <w:tc>
          <w:tcPr>
            <w:tcW w:type="dxa" w:w="3168"/>
            <w:vAlign w:val="center"/>
          </w:tcPr>
          <w:p>
            <w:pPr>
              <w:jc w:val="left"/>
            </w:pPr>
            <w:r/>
            <w:r>
              <w:rPr>
                <w:b w:val="0"/>
                <w:sz w:val="15"/>
              </w:rPr>
              <w:t>[Reason]</w:t>
            </w:r>
          </w:p>
        </w:tc>
        <w:tc>
          <w:tcPr>
            <w:tcW w:type="dxa" w:w="2880"/>
            <w:vAlign w:val="center"/>
          </w:tcPr>
          <w:p>
            <w:pPr>
              <w:jc w:val="left"/>
            </w:pPr>
            <w:r/>
            <w:r>
              <w:rPr>
                <w:b w:val="0"/>
                <w:sz w:val="15"/>
              </w:rPr>
              <w:t>[Expected impact]</w:t>
            </w:r>
          </w:p>
        </w:tc>
        <w:tc>
          <w:tcPr>
            <w:tcW w:type="dxa" w:w="1872"/>
            <w:vAlign w:val="center"/>
          </w:tcPr>
          <w:p>
            <w:pPr>
              <w:jc w:val="left"/>
            </w:pPr>
            <w:r/>
            <w:r>
              <w:rPr>
                <w:b w:val="0"/>
                <w:sz w:val="15"/>
              </w:rPr>
              <w:t>[Owner]</w:t>
            </w:r>
          </w:p>
        </w:tc>
        <w:tc>
          <w:tcPr>
            <w:tcW w:type="dxa" w:w="1872"/>
            <w:vAlign w:val="center"/>
          </w:tcPr>
          <w:p>
            <w:pPr>
              <w:jc w:val="left"/>
            </w:pPr>
            <w:r/>
            <w:r>
              <w:rPr>
                <w:b w:val="0"/>
                <w:sz w:val="15"/>
              </w:rPr>
              <w:t>[Due Date]</w:t>
            </w:r>
          </w:p>
        </w:tc>
      </w:tr>
    </w:tbl>
    <w:p/>
    <w:p>
      <w:pPr>
        <w:pStyle w:val="Heading1"/>
      </w:pPr>
      <w:r>
        <w:rPr>
          <w:rFonts w:ascii="Arial" w:hAnsi="Arial" w:eastAsia="Arial"/>
          <w:color w:val="1F4E79"/>
        </w:rPr>
        <w:t>14. Final Notes and Approval</w:t>
      </w:r>
    </w:p>
    <w:p>
      <w:r>
        <w:rPr>
          <w:rFonts w:ascii="Arial" w:hAnsi="Arial" w:eastAsia="Arial"/>
          <w:sz w:val="20"/>
        </w:rPr>
        <w:t>Final Notes: [Add anything the client, manager, or team should know.]</w:t>
      </w:r>
    </w:p>
    <w:p>
      <w:r>
        <w:rPr>
          <w:rFonts w:ascii="Arial" w:hAnsi="Arial" w:eastAsia="Arial"/>
          <w:sz w:val="20"/>
        </w:rPr>
        <w:t>Approval / Feedback Needed: [List decisions required before next month’s SEO work begins.]</w:t>
      </w:r>
    </w:p>
    <w:p>
      <w:r>
        <w:rPr>
          <w:rFonts w:ascii="Arial" w:hAnsi="Arial" w:eastAsia="Arial"/>
          <w:sz w:val="20"/>
        </w:rPr>
        <w:t>Prepared By: [Name]</w:t>
      </w:r>
    </w:p>
    <w:p>
      <w:r>
        <w:rPr>
          <w:rFonts w:ascii="Arial" w:hAnsi="Arial" w:eastAsia="Arial"/>
          <w:sz w:val="20"/>
        </w:rPr>
        <w:t>Approved By: [Name]</w:t>
      </w:r>
    </w:p>
    <w:tbl>
      <w:tblPr>
        <w:tblW w:type="auto" w:w="0"/>
        <w:jc w:val="center"/>
        <w:tblLook w:firstColumn="1" w:firstRow="1" w:lastColumn="0" w:lastRow="0" w:noHBand="0" w:noVBand="1" w:val="04A0"/>
      </w:tblPr>
      <w:tblGrid>
        <w:gridCol w:w="15250"/>
      </w:tblGrid>
      <w:tr>
        <w:tc>
          <w:tcPr>
            <w:tcW w:type="dxa" w:w="15250"/>
            <w:shd w:fill="FFF2CC"/>
            <w:vAlign w:val="center"/>
          </w:tcPr>
          <w:p>
            <w:pPr>
              <w:spacing w:after="0"/>
              <w:jc w:val="left"/>
            </w:pPr>
            <w:r/>
            <w:r>
              <w:rPr>
                <w:b w:val="0"/>
                <w:sz w:val="18"/>
              </w:rPr>
              <w:t>Tip: Keep each monthly SEO report focused on performance, explanation, completed work, and next steps. Avoid filling the document with raw exports that do not help the reader make decisions.</w:t>
            </w:r>
          </w:p>
        </w:tc>
      </w:tr>
    </w:tbl>
    <w:p/>
    <w:sectPr w:rsidR="00FC693F" w:rsidRPr="0006063C" w:rsidSect="00034616">
      <w:headerReference w:type="default" r:id="rId9"/>
      <w:footerReference w:type="default" r:id="rId10"/>
      <w:pgSz w:w="16834" w:h="11909" w:orient="landscape"/>
      <w:pgMar w:top="792" w:right="792" w:bottom="792" w:left="79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Editable SEO reporting template. Replace bracketed text and table placeholders with your data.</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646464"/>
        <w:sz w:val="16"/>
      </w:rPr>
      <w:t>Monthly SEO Report Template  |  [Client / Website]  |  [Month Year]</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1F4E79"/>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1F4E79"/>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1F4E79"/>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Monthly SEO Report Template</dc:title>
  <dc:subject>Editable monthly SEO reporting template for clients, agencies and in-house teams</dc:subject>
  <dc:creator>ChatGPT</dc:creator>
  <cp:keywords>monthly SEO report, SEO report template, SEO KPIs, SEO reporting</cp:keywords>
  <dc:description>Reusable Word template for monthly SEO reporting.</dc:description>
  <cp:lastModifiedBy/>
  <cp:revision>1</cp:revision>
  <dcterms:created xsi:type="dcterms:W3CDTF">2013-12-23T23:15:00Z</dcterms:created>
  <dcterms:modified xsi:type="dcterms:W3CDTF">2013-12-23T23:15:00Z</dcterms:modified>
  <cp:category/>
</cp:coreProperties>
</file>